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10091"/>
      </w:tblGrid>
      <w:tr>
        <w:trPr>
          <w:trHeight w:val="12359" w:hRule="exact"/>
        </w:trPr>
        <w:tc>
          <w:tcPr>
            <w:tcW w:type="dxa" w:w="10091"/>
            <w:vAlign w:val="center"/>
            <w:shd w:fill="FFFFFF"/>
            <w:tcBorders>
              <w:top w:val="single" w:sz="28" w:color="012250"/>
              <w:start w:val="single" w:sz="28" w:color="012250"/>
              <w:bottom w:val="single" w:sz="28" w:color="012250"/>
              <w:end w:val="single" w:sz="28" w:color="012250"/>
            </w:tcBorders>
            <w:tcMar>
              <w:top w:w="300" w:type="dxa"/>
              <w:start w:w="320" w:type="dxa"/>
              <w:bottom w:w="300" w:type="dxa"/>
              <w:end w:w="320" w:type="dxa"/>
            </w:tcMar>
          </w:tcPr>
          <w:p>
            <w:pPr>
              <w:spacing w:after="280"/>
              <w:jc w:val="center"/>
            </w:pPr>
            <w:r>
              <w:rPr>
                <w:rFonts w:ascii="Arial" w:hAnsi="Arial"/>
                <w:b/>
                <w:color w:val="012250"/>
                <w:sz w:val="68"/>
              </w:rPr>
              <w:t>NEM SZÁLLOK BE</w:t>
            </w:r>
          </w:p>
          <w:p>
            <w:pPr>
              <w:spacing w:before="0" w:after="0"/>
              <w:jc w:val="center"/>
            </w:pPr>
            <w:r>
              <w:rPr>
                <w:rFonts w:ascii="Arial" w:hAnsi="Arial"/>
                <w:b/>
                <w:color w:val="840B0A"/>
                <w:sz w:val="44"/>
              </w:rPr>
              <w:t>Nem nevetek, nem biztatom, nem segítek a bántásban.</w:t>
            </w:r>
          </w:p>
        </w:tc>
      </w:tr>
    </w:tbl>
    <w:p>
      <w:r>
        <w:br w:type="page"/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10091"/>
      </w:tblGrid>
      <w:tr>
        <w:trPr>
          <w:trHeight w:val="12359" w:hRule="exact"/>
        </w:trPr>
        <w:tc>
          <w:tcPr>
            <w:tcW w:type="dxa" w:w="10091"/>
            <w:vAlign w:val="center"/>
            <w:shd w:fill="FFFFFF"/>
            <w:tcBorders>
              <w:top w:val="single" w:sz="28" w:color="012250"/>
              <w:start w:val="single" w:sz="28" w:color="012250"/>
              <w:bottom w:val="single" w:sz="28" w:color="012250"/>
              <w:end w:val="single" w:sz="28" w:color="012250"/>
            </w:tcBorders>
            <w:tcMar>
              <w:top w:w="300" w:type="dxa"/>
              <w:start w:w="320" w:type="dxa"/>
              <w:bottom w:w="300" w:type="dxa"/>
              <w:end w:w="320" w:type="dxa"/>
            </w:tcMar>
          </w:tcPr>
          <w:p>
            <w:pPr>
              <w:spacing w:after="280"/>
              <w:jc w:val="center"/>
            </w:pPr>
            <w:r>
              <w:rPr>
                <w:rFonts w:ascii="Arial" w:hAnsi="Arial"/>
                <w:b/>
                <w:color w:val="012250"/>
                <w:sz w:val="68"/>
              </w:rPr>
              <w:t>MELLÉ ÁLLOK</w:t>
            </w:r>
          </w:p>
          <w:p>
            <w:pPr>
              <w:spacing w:before="0" w:after="0"/>
              <w:jc w:val="center"/>
            </w:pPr>
            <w:r>
              <w:rPr>
                <w:rFonts w:ascii="Arial" w:hAnsi="Arial"/>
                <w:b/>
                <w:color w:val="840B0A"/>
                <w:sz w:val="44"/>
              </w:rPr>
              <w:t>Ha biztonságos, odamegyek hozzá vagy elkísérem segítséget kérni.</w:t>
            </w:r>
          </w:p>
        </w:tc>
      </w:tr>
    </w:tbl>
    <w:p>
      <w:r>
        <w:br w:type="page"/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10091"/>
      </w:tblGrid>
      <w:tr>
        <w:trPr>
          <w:trHeight w:val="12359" w:hRule="exact"/>
        </w:trPr>
        <w:tc>
          <w:tcPr>
            <w:tcW w:type="dxa" w:w="10091"/>
            <w:vAlign w:val="center"/>
            <w:shd w:fill="FFFFFF"/>
            <w:tcBorders>
              <w:top w:val="single" w:sz="28" w:color="012250"/>
              <w:start w:val="single" w:sz="28" w:color="012250"/>
              <w:bottom w:val="single" w:sz="28" w:color="012250"/>
              <w:end w:val="single" w:sz="28" w:color="012250"/>
            </w:tcBorders>
            <w:tcMar>
              <w:top w:w="300" w:type="dxa"/>
              <w:start w:w="320" w:type="dxa"/>
              <w:bottom w:w="300" w:type="dxa"/>
              <w:end w:w="320" w:type="dxa"/>
            </w:tcMar>
          </w:tcPr>
          <w:p>
            <w:pPr>
              <w:spacing w:after="280"/>
              <w:jc w:val="center"/>
            </w:pPr>
            <w:r>
              <w:rPr>
                <w:rFonts w:ascii="Arial" w:hAnsi="Arial"/>
                <w:b/>
                <w:color w:val="012250"/>
                <w:sz w:val="50"/>
              </w:rPr>
              <w:t>SZÓLOK EGY FELNŐTTNEK</w:t>
            </w:r>
          </w:p>
          <w:p>
            <w:pPr>
              <w:spacing w:before="0" w:after="0"/>
              <w:jc w:val="center"/>
            </w:pPr>
            <w:r>
              <w:rPr>
                <w:rFonts w:ascii="Arial" w:hAnsi="Arial"/>
                <w:b/>
                <w:color w:val="840B0A"/>
                <w:sz w:val="44"/>
              </w:rPr>
              <w:t>Segítséget kérek egy felnőttől.</w:t>
            </w:r>
          </w:p>
        </w:tc>
      </w:tr>
    </w:tbl>
    <w:p>
      <w:r>
        <w:br w:type="page"/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10091"/>
      </w:tblGrid>
      <w:tr>
        <w:trPr>
          <w:trHeight w:val="12359" w:hRule="exact"/>
        </w:trPr>
        <w:tc>
          <w:tcPr>
            <w:tcW w:type="dxa" w:w="10091"/>
            <w:vAlign w:val="center"/>
            <w:shd w:fill="FFFFFF"/>
            <w:tcBorders>
              <w:top w:val="single" w:sz="28" w:color="012250"/>
              <w:start w:val="single" w:sz="28" w:color="012250"/>
              <w:bottom w:val="single" w:sz="28" w:color="012250"/>
              <w:end w:val="single" w:sz="28" w:color="012250"/>
            </w:tcBorders>
            <w:tcMar>
              <w:top w:w="300" w:type="dxa"/>
              <w:start w:w="320" w:type="dxa"/>
              <w:bottom w:w="300" w:type="dxa"/>
              <w:end w:w="320" w:type="dxa"/>
            </w:tcMar>
          </w:tcPr>
          <w:p>
            <w:pPr>
              <w:spacing w:after="280"/>
              <w:jc w:val="center"/>
            </w:pPr>
            <w:r>
              <w:rPr>
                <w:rFonts w:ascii="Arial" w:hAnsi="Arial"/>
                <w:b/>
                <w:color w:val="012250"/>
                <w:sz w:val="68"/>
              </w:rPr>
              <w:t>NEM TUDOM</w:t>
            </w:r>
          </w:p>
          <w:p>
            <w:pPr>
              <w:spacing w:before="0" w:after="0"/>
              <w:jc w:val="center"/>
            </w:pPr>
            <w:r>
              <w:rPr>
                <w:rFonts w:ascii="Arial" w:hAnsi="Arial"/>
                <w:b/>
                <w:color w:val="840B0A"/>
                <w:sz w:val="44"/>
              </w:rPr>
              <w:t>Bizonytalan vagyok, mi lenne jó vagy biztonságos.</w:t>
            </w:r>
          </w:p>
        </w:tc>
      </w:tr>
    </w:tbl>
    <w:sectPr w:rsidR="00E218F6" w:rsidSect="00034616">
      <w:headerReference w:type="default" r:id="rId8"/>
      <w:footerReference w:type="default" r:id="rId9"/>
      <w:pgSz w:w="12240" w:h="15840"/>
      <w:pgMar w:top="850" w:right="850" w:bottom="850" w:left="850" w:header="283" w:footer="3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10B6D3" w14:textId="77777777" w:rsidR="003F3CEC" w:rsidRDefault="003F3CEC">
      <w:pPr>
        <w:spacing w:after="0" w:line="240" w:lineRule="auto"/>
      </w:pPr>
      <w:r>
        <w:separator/>
      </w:r>
    </w:p>
  </w:endnote>
  <w:endnote w:type="continuationSeparator" w:id="0">
    <w:p w14:paraId="265D6865" w14:textId="77777777" w:rsidR="003F3CEC" w:rsidRDefault="003F3C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70DDB" w14:textId="77777777" w:rsidR="00A62FEC" w:rsidRDefault="00E218F6">
    <w:pPr>
      <w:pStyle w:val="llb"/>
      <w:jc w:val="right"/>
    </w:pPr>
    <w:r>
      <w:rPr>
        <w:b/>
        <w:color w:val="666666"/>
        <w:sz w:val="20"/>
      </w:rPr>
      <w:t xml:space="preserve">BIZTONSÁGBAN AZ ISKOLÁBAN  |  NYOMTATHATÓ LAPOK  |  </w:t>
    </w:r>
    <w:r>
      <w:fldChar w:fldCharType="begin"/>
    </w:r>
    <w:r>
      <w:instrText xml:space="preserve"> PAGE </w:instrText>
    </w:r>
    <w:r>
      <w:fldChar w:fldCharType="separate"/>
    </w:r>
    <w:r w:rsidR="00AD6E4F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E2B366" w14:textId="77777777" w:rsidR="003F3CEC" w:rsidRDefault="003F3CEC">
      <w:pPr>
        <w:spacing w:after="0" w:line="240" w:lineRule="auto"/>
      </w:pPr>
      <w:r>
        <w:separator/>
      </w:r>
    </w:p>
  </w:footnote>
  <w:footnote w:type="continuationSeparator" w:id="0">
    <w:p w14:paraId="0FE59F51" w14:textId="77777777" w:rsidR="003F3CEC" w:rsidRDefault="003F3C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76EAE5" w14:textId="77777777" w:rsidR="00A62FEC" w:rsidRDefault="00A62FEC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zmozott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zmozott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Felsorol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Felsorol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zmozott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Felsorol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A2004BF"/>
    <w:multiLevelType w:val="hybridMultilevel"/>
    <w:tmpl w:val="BEE860B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57585E"/>
    <w:multiLevelType w:val="hybridMultilevel"/>
    <w:tmpl w:val="FDE62F5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2469B"/>
    <w:rsid w:val="00034616"/>
    <w:rsid w:val="00053D8E"/>
    <w:rsid w:val="0006063C"/>
    <w:rsid w:val="000B4E77"/>
    <w:rsid w:val="0015074B"/>
    <w:rsid w:val="001D7E1B"/>
    <w:rsid w:val="002837CF"/>
    <w:rsid w:val="0029639D"/>
    <w:rsid w:val="002A6FA5"/>
    <w:rsid w:val="00326F90"/>
    <w:rsid w:val="003B153B"/>
    <w:rsid w:val="003F3CEC"/>
    <w:rsid w:val="00431EF5"/>
    <w:rsid w:val="004463E1"/>
    <w:rsid w:val="00557CB2"/>
    <w:rsid w:val="00570CFA"/>
    <w:rsid w:val="00587CB2"/>
    <w:rsid w:val="005E1854"/>
    <w:rsid w:val="00607323"/>
    <w:rsid w:val="00676B5A"/>
    <w:rsid w:val="006C53B1"/>
    <w:rsid w:val="007C6861"/>
    <w:rsid w:val="007F7EF2"/>
    <w:rsid w:val="008E7C97"/>
    <w:rsid w:val="00A26A45"/>
    <w:rsid w:val="00A277BF"/>
    <w:rsid w:val="00A62FEC"/>
    <w:rsid w:val="00AA1D8D"/>
    <w:rsid w:val="00AD6E4F"/>
    <w:rsid w:val="00B47730"/>
    <w:rsid w:val="00C82FCC"/>
    <w:rsid w:val="00CB0664"/>
    <w:rsid w:val="00DA60DA"/>
    <w:rsid w:val="00E0484D"/>
    <w:rsid w:val="00E06D94"/>
    <w:rsid w:val="00E218F6"/>
    <w:rsid w:val="00EF3360"/>
    <w:rsid w:val="00FC693F"/>
    <w:rsid w:val="00FF1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33F5E4"/>
  <w14:defaultImageDpi w14:val="300"/>
  <w15:docId w15:val="{AA854F7F-7A78-44DB-BA69-5F271319B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C693F"/>
    <w:pPr>
      <w:spacing w:after="80" w:line="252" w:lineRule="auto"/>
    </w:pPr>
    <w:rPr>
      <w:rFonts w:ascii="Segoe UI" w:eastAsia="Segoe UI" w:hAnsi="Segoe UI"/>
      <w:sz w:val="24"/>
    </w:rPr>
  </w:style>
  <w:style w:type="paragraph" w:styleId="Cmsor1">
    <w:name w:val="heading 1"/>
    <w:basedOn w:val="Norml"/>
    <w:next w:val="Norml"/>
    <w:link w:val="Cmsor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12250"/>
      <w:sz w:val="32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840B0A"/>
      <w:sz w:val="27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12250"/>
      <w:sz w:val="25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618BF"/>
    <w:rPr>
      <w:rFonts w:ascii="Segoe UI" w:eastAsia="Segoe UI" w:hAnsi="Segoe UI"/>
    </w:rPr>
  </w:style>
  <w:style w:type="paragraph" w:styleId="llb">
    <w:name w:val="footer"/>
    <w:basedOn w:val="Norml"/>
    <w:link w:val="llb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618BF"/>
    <w:rPr>
      <w:rFonts w:ascii="Segoe UI" w:eastAsia="Segoe UI" w:hAnsi="Segoe UI"/>
    </w:rPr>
  </w:style>
  <w:style w:type="paragraph" w:styleId="Nincstrkz">
    <w:name w:val="No Spacing"/>
    <w:uiPriority w:val="1"/>
    <w:qFormat/>
    <w:rsid w:val="00FC693F"/>
    <w:pPr>
      <w:spacing w:after="0" w:line="240" w:lineRule="auto"/>
    </w:pPr>
    <w:rPr>
      <w:rFonts w:ascii="Segoe UI" w:eastAsia="Segoe UI" w:hAnsi="Segoe UI"/>
    </w:rPr>
  </w:style>
  <w:style w:type="character" w:customStyle="1" w:styleId="Cmsor1Char">
    <w:name w:val="Címsor 1 Char"/>
    <w:basedOn w:val="Bekezdsalapbettpusa"/>
    <w:link w:val="Cmsor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msor2Char">
    <w:name w:val="Címsor 2 Char"/>
    <w:basedOn w:val="Bekezdsalapbettpusa"/>
    <w:link w:val="Cmsor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">
    <w:name w:val="Title"/>
    <w:basedOn w:val="Norml"/>
    <w:next w:val="Norml"/>
    <w:link w:val="Cm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012250"/>
      <w:spacing w:val="5"/>
      <w:kern w:val="28"/>
      <w:sz w:val="48"/>
      <w:szCs w:val="52"/>
    </w:rPr>
  </w:style>
  <w:style w:type="character" w:customStyle="1" w:styleId="CmChar">
    <w:name w:val="Cím Char"/>
    <w:basedOn w:val="Bekezdsalapbettpusa"/>
    <w:link w:val="Cm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cm">
    <w:name w:val="Subtitle"/>
    <w:basedOn w:val="Norml"/>
    <w:next w:val="Norml"/>
    <w:link w:val="Alcm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aszerbekezds">
    <w:name w:val="List Paragraph"/>
    <w:basedOn w:val="Norml"/>
    <w:uiPriority w:val="34"/>
    <w:qFormat/>
    <w:rsid w:val="00FC693F"/>
    <w:pPr>
      <w:ind w:left="720"/>
      <w:contextualSpacing/>
    </w:pPr>
  </w:style>
  <w:style w:type="paragraph" w:styleId="Szvegtrzs">
    <w:name w:val="Body Text"/>
    <w:basedOn w:val="Norml"/>
    <w:link w:val="SzvegtrzsChar"/>
    <w:uiPriority w:val="99"/>
    <w:unhideWhenUsed/>
    <w:rsid w:val="00AA1D8D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rsid w:val="00AA1D8D"/>
    <w:rPr>
      <w:rFonts w:ascii="Segoe UI" w:eastAsia="Segoe UI" w:hAnsi="Segoe UI"/>
    </w:rPr>
  </w:style>
  <w:style w:type="paragraph" w:styleId="Szvegtrzs2">
    <w:name w:val="Body Text 2"/>
    <w:basedOn w:val="Norml"/>
    <w:link w:val="Szvegtrzs2Char"/>
    <w:uiPriority w:val="99"/>
    <w:unhideWhenUsed/>
    <w:rsid w:val="00AA1D8D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uiPriority w:val="99"/>
    <w:rsid w:val="00AA1D8D"/>
    <w:rPr>
      <w:rFonts w:ascii="Segoe UI" w:eastAsia="Segoe UI" w:hAnsi="Segoe UI"/>
    </w:rPr>
  </w:style>
  <w:style w:type="paragraph" w:styleId="Szvegtrzs3">
    <w:name w:val="Body Text 3"/>
    <w:basedOn w:val="Norml"/>
    <w:link w:val="Szvegtrzs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rsid w:val="00AA1D8D"/>
    <w:rPr>
      <w:rFonts w:ascii="Segoe UI" w:eastAsia="Segoe UI" w:hAnsi="Segoe UI"/>
      <w:sz w:val="16"/>
      <w:szCs w:val="16"/>
    </w:rPr>
  </w:style>
  <w:style w:type="paragraph" w:styleId="Lista">
    <w:name w:val="List"/>
    <w:basedOn w:val="Norm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l"/>
    <w:uiPriority w:val="99"/>
    <w:unhideWhenUsed/>
    <w:rsid w:val="00326F90"/>
    <w:pPr>
      <w:ind w:left="1080" w:hanging="360"/>
      <w:contextualSpacing/>
    </w:pPr>
  </w:style>
  <w:style w:type="paragraph" w:styleId="Felsorols">
    <w:name w:val="List Bullet"/>
    <w:basedOn w:val="Norml"/>
    <w:uiPriority w:val="99"/>
    <w:unhideWhenUsed/>
    <w:rsid w:val="00326F90"/>
    <w:pPr>
      <w:numPr>
        <w:numId w:val="1"/>
      </w:numPr>
      <w:contextualSpacing/>
    </w:pPr>
  </w:style>
  <w:style w:type="paragraph" w:styleId="Felsorols2">
    <w:name w:val="List Bullet 2"/>
    <w:basedOn w:val="Norml"/>
    <w:uiPriority w:val="99"/>
    <w:unhideWhenUsed/>
    <w:rsid w:val="00326F90"/>
    <w:pPr>
      <w:numPr>
        <w:numId w:val="2"/>
      </w:numPr>
      <w:contextualSpacing/>
    </w:pPr>
  </w:style>
  <w:style w:type="paragraph" w:styleId="Felsorols3">
    <w:name w:val="List Bullet 3"/>
    <w:basedOn w:val="Norml"/>
    <w:uiPriority w:val="99"/>
    <w:unhideWhenUsed/>
    <w:rsid w:val="00326F90"/>
    <w:pPr>
      <w:numPr>
        <w:numId w:val="3"/>
      </w:numPr>
      <w:contextualSpacing/>
    </w:pPr>
  </w:style>
  <w:style w:type="paragraph" w:styleId="Szmozottlista">
    <w:name w:val="List Number"/>
    <w:basedOn w:val="Norml"/>
    <w:uiPriority w:val="99"/>
    <w:unhideWhenUsed/>
    <w:rsid w:val="00326F90"/>
    <w:pPr>
      <w:numPr>
        <w:numId w:val="5"/>
      </w:numPr>
      <w:contextualSpacing/>
    </w:pPr>
  </w:style>
  <w:style w:type="paragraph" w:styleId="Szmozottlista2">
    <w:name w:val="List Number 2"/>
    <w:basedOn w:val="Norml"/>
    <w:uiPriority w:val="99"/>
    <w:unhideWhenUsed/>
    <w:rsid w:val="0029639D"/>
    <w:pPr>
      <w:numPr>
        <w:numId w:val="6"/>
      </w:numPr>
      <w:contextualSpacing/>
    </w:pPr>
  </w:style>
  <w:style w:type="paragraph" w:styleId="Szmozottlista3">
    <w:name w:val="List Number 3"/>
    <w:basedOn w:val="Norml"/>
    <w:uiPriority w:val="99"/>
    <w:unhideWhenUsed/>
    <w:rsid w:val="0029639D"/>
    <w:pPr>
      <w:numPr>
        <w:numId w:val="7"/>
      </w:numPr>
      <w:contextualSpacing/>
    </w:pPr>
  </w:style>
  <w:style w:type="paragraph" w:styleId="Listafolytatsa">
    <w:name w:val="List Continue"/>
    <w:basedOn w:val="Norml"/>
    <w:uiPriority w:val="99"/>
    <w:unhideWhenUsed/>
    <w:rsid w:val="0029639D"/>
    <w:pPr>
      <w:spacing w:after="120"/>
      <w:ind w:left="360"/>
      <w:contextualSpacing/>
    </w:pPr>
  </w:style>
  <w:style w:type="paragraph" w:styleId="Listafolytatsa2">
    <w:name w:val="List Continue 2"/>
    <w:basedOn w:val="Norml"/>
    <w:uiPriority w:val="99"/>
    <w:unhideWhenUsed/>
    <w:rsid w:val="0029639D"/>
    <w:pPr>
      <w:spacing w:after="120"/>
      <w:ind w:left="720"/>
      <w:contextualSpacing/>
    </w:pPr>
  </w:style>
  <w:style w:type="paragraph" w:styleId="Listafolytatsa3">
    <w:name w:val="List Continue 3"/>
    <w:basedOn w:val="Norml"/>
    <w:uiPriority w:val="99"/>
    <w:unhideWhenUsed/>
    <w:rsid w:val="0029639D"/>
    <w:pPr>
      <w:spacing w:after="120"/>
      <w:ind w:left="1080"/>
      <w:contextualSpacing/>
    </w:pPr>
  </w:style>
  <w:style w:type="paragraph" w:styleId="Makrszvege">
    <w:name w:val="macro"/>
    <w:link w:val="Makrszveg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Segoe UI" w:eastAsia="Segoe UI" w:hAnsi="Segoe UI"/>
      <w:sz w:val="20"/>
      <w:szCs w:val="20"/>
    </w:rPr>
  </w:style>
  <w:style w:type="character" w:customStyle="1" w:styleId="MakrszvegeChar">
    <w:name w:val="Makró szövege Char"/>
    <w:basedOn w:val="Bekezdsalapbettpusa"/>
    <w:link w:val="Makrszvege"/>
    <w:uiPriority w:val="99"/>
    <w:rsid w:val="0029639D"/>
    <w:rPr>
      <w:rFonts w:ascii="Segoe UI" w:eastAsia="Segoe UI" w:hAnsi="Segoe UI"/>
      <w:sz w:val="20"/>
      <w:szCs w:val="20"/>
    </w:rPr>
  </w:style>
  <w:style w:type="paragraph" w:styleId="Idzet">
    <w:name w:val="Quote"/>
    <w:basedOn w:val="Norml"/>
    <w:next w:val="Norml"/>
    <w:link w:val="IdzetChar"/>
    <w:uiPriority w:val="29"/>
    <w:qFormat/>
    <w:rsid w:val="00FC693F"/>
    <w:rPr>
      <w:i/>
      <w:iCs/>
      <w:color w:val="000000" w:themeColor="text1"/>
    </w:rPr>
  </w:style>
  <w:style w:type="character" w:customStyle="1" w:styleId="IdzetChar">
    <w:name w:val="Idézet Char"/>
    <w:basedOn w:val="Bekezdsalapbettpusa"/>
    <w:link w:val="Idzet"/>
    <w:uiPriority w:val="29"/>
    <w:rsid w:val="00FC693F"/>
    <w:rPr>
      <w:rFonts w:ascii="Segoe UI" w:eastAsia="Segoe UI" w:hAnsi="Segoe UI"/>
      <w:i/>
      <w:iCs/>
      <w:color w:val="000000" w:themeColor="text1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Kiemels2">
    <w:name w:val="Strong"/>
    <w:basedOn w:val="Bekezdsalapbettpusa"/>
    <w:uiPriority w:val="22"/>
    <w:qFormat/>
    <w:rsid w:val="00FC693F"/>
    <w:rPr>
      <w:rFonts w:ascii="Segoe UI" w:eastAsia="Segoe UI" w:hAnsi="Segoe UI"/>
      <w:b/>
      <w:bCs/>
    </w:rPr>
  </w:style>
  <w:style w:type="character" w:styleId="Kiemels">
    <w:name w:val="Emphasis"/>
    <w:basedOn w:val="Bekezdsalapbettpusa"/>
    <w:uiPriority w:val="20"/>
    <w:qFormat/>
    <w:rsid w:val="00FC693F"/>
    <w:rPr>
      <w:rFonts w:ascii="Segoe UI" w:eastAsia="Segoe UI" w:hAnsi="Segoe UI"/>
      <w:i/>
      <w:iCs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FC693F"/>
    <w:rPr>
      <w:rFonts w:ascii="Segoe UI" w:eastAsia="Segoe UI" w:hAnsi="Segoe UI"/>
      <w:b/>
      <w:bCs/>
      <w:i/>
      <w:iCs/>
      <w:color w:val="4F81BD" w:themeColor="accent1"/>
    </w:rPr>
  </w:style>
  <w:style w:type="character" w:styleId="Finomkiemels">
    <w:name w:val="Subtle Emphasis"/>
    <w:basedOn w:val="Bekezdsalapbettpusa"/>
    <w:uiPriority w:val="19"/>
    <w:qFormat/>
    <w:rsid w:val="00FC693F"/>
    <w:rPr>
      <w:rFonts w:ascii="Segoe UI" w:eastAsia="Segoe UI" w:hAnsi="Segoe UI"/>
      <w:i/>
      <w:iCs/>
      <w:color w:val="808080" w:themeColor="text1" w:themeTint="7F"/>
    </w:rPr>
  </w:style>
  <w:style w:type="character" w:styleId="Erskiemels">
    <w:name w:val="Intense Emphasis"/>
    <w:basedOn w:val="Bekezdsalapbettpusa"/>
    <w:uiPriority w:val="21"/>
    <w:qFormat/>
    <w:rsid w:val="00FC693F"/>
    <w:rPr>
      <w:rFonts w:ascii="Segoe UI" w:eastAsia="Segoe UI" w:hAnsi="Segoe UI"/>
      <w:b/>
      <w:bCs/>
      <w:i/>
      <w:iCs/>
      <w:color w:val="4F81BD" w:themeColor="accent1"/>
    </w:rPr>
  </w:style>
  <w:style w:type="character" w:styleId="Finomhivatkozs">
    <w:name w:val="Subtle Reference"/>
    <w:basedOn w:val="Bekezdsalapbettpusa"/>
    <w:uiPriority w:val="31"/>
    <w:qFormat/>
    <w:rsid w:val="00FC693F"/>
    <w:rPr>
      <w:rFonts w:ascii="Segoe UI" w:eastAsia="Segoe UI" w:hAnsi="Segoe UI"/>
      <w:smallCaps/>
      <w:color w:val="C0504D" w:themeColor="accent2"/>
      <w:u w:val="single"/>
    </w:rPr>
  </w:style>
  <w:style w:type="character" w:styleId="Ershivatkozs">
    <w:name w:val="Intense Reference"/>
    <w:basedOn w:val="Bekezdsalapbettpusa"/>
    <w:uiPriority w:val="32"/>
    <w:qFormat/>
    <w:rsid w:val="00FC693F"/>
    <w:rPr>
      <w:rFonts w:ascii="Segoe UI" w:eastAsia="Segoe UI" w:hAnsi="Segoe UI"/>
      <w:b/>
      <w:bCs/>
      <w:smallCaps/>
      <w:color w:val="C0504D" w:themeColor="accent2"/>
      <w:spacing w:val="5"/>
      <w:u w:val="single"/>
    </w:rPr>
  </w:style>
  <w:style w:type="character" w:styleId="Knyvcme">
    <w:name w:val="Book Title"/>
    <w:basedOn w:val="Bekezdsalapbettpusa"/>
    <w:uiPriority w:val="33"/>
    <w:qFormat/>
    <w:rsid w:val="00FC693F"/>
    <w:rPr>
      <w:rFonts w:ascii="Segoe UI" w:eastAsia="Segoe UI" w:hAnsi="Segoe UI"/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FC693F"/>
    <w:pPr>
      <w:outlineLvl w:val="9"/>
    </w:pPr>
    <w:rPr>
      <w:rFonts w:ascii="Segoe UI" w:eastAsia="Segoe UI" w:hAnsi="Segoe UI"/>
    </w:rPr>
  </w:style>
  <w:style w:type="table" w:styleId="Rcsostblzat">
    <w:name w:val="Table Grid"/>
    <w:basedOn w:val="Normltblzat"/>
    <w:uiPriority w:val="59"/>
    <w:rsid w:val="00FC693F"/>
    <w:pPr>
      <w:spacing w:after="0" w:line="240" w:lineRule="auto"/>
    </w:pPr>
    <w:rPr>
      <w:rFonts w:ascii="Segoe UI" w:eastAsia="Segoe UI" w:hAnsi="Segoe U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ilgostnus">
    <w:name w:val="Light Shading"/>
    <w:basedOn w:val="Normltblzat"/>
    <w:uiPriority w:val="60"/>
    <w:rsid w:val="00FC693F"/>
    <w:pPr>
      <w:spacing w:after="0" w:line="240" w:lineRule="auto"/>
    </w:pPr>
    <w:rPr>
      <w:rFonts w:ascii="Segoe UI" w:eastAsia="Segoe UI" w:hAnsi="Segoe UI"/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Vilgosrnykols1jellszn">
    <w:name w:val="Light Shading Accent 1"/>
    <w:basedOn w:val="Normltblzat"/>
    <w:uiPriority w:val="60"/>
    <w:rsid w:val="00FC693F"/>
    <w:pPr>
      <w:spacing w:after="0" w:line="240" w:lineRule="auto"/>
    </w:pPr>
    <w:rPr>
      <w:rFonts w:ascii="Segoe UI" w:eastAsia="Segoe UI" w:hAnsi="Segoe UI"/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Vilgosrnykols2jellszn">
    <w:name w:val="Light Shading Accent 2"/>
    <w:basedOn w:val="Normltblzat"/>
    <w:uiPriority w:val="60"/>
    <w:rsid w:val="00FC693F"/>
    <w:pPr>
      <w:spacing w:after="0" w:line="240" w:lineRule="auto"/>
    </w:pPr>
    <w:rPr>
      <w:rFonts w:ascii="Segoe UI" w:eastAsia="Segoe UI" w:hAnsi="Segoe UI"/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Vilgosrnykols3jellszn">
    <w:name w:val="Light Shading Accent 3"/>
    <w:basedOn w:val="Normltblzat"/>
    <w:uiPriority w:val="60"/>
    <w:rsid w:val="00FC693F"/>
    <w:pPr>
      <w:spacing w:after="0" w:line="240" w:lineRule="auto"/>
    </w:pPr>
    <w:rPr>
      <w:rFonts w:ascii="Segoe UI" w:eastAsia="Segoe UI" w:hAnsi="Segoe UI"/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lgosrnykols4jellszn">
    <w:name w:val="Light Shading Accent 4"/>
    <w:basedOn w:val="Normltblzat"/>
    <w:uiPriority w:val="60"/>
    <w:rsid w:val="00FC693F"/>
    <w:pPr>
      <w:spacing w:after="0" w:line="240" w:lineRule="auto"/>
    </w:pPr>
    <w:rPr>
      <w:rFonts w:ascii="Segoe UI" w:eastAsia="Segoe UI" w:hAnsi="Segoe UI"/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Vilgosrnykols5jellszn">
    <w:name w:val="Light Shading Accent 5"/>
    <w:basedOn w:val="Normltblzat"/>
    <w:uiPriority w:val="60"/>
    <w:rsid w:val="00FC693F"/>
    <w:pPr>
      <w:spacing w:after="0" w:line="240" w:lineRule="auto"/>
    </w:pPr>
    <w:rPr>
      <w:rFonts w:ascii="Segoe UI" w:eastAsia="Segoe UI" w:hAnsi="Segoe UI"/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Vilgosrnykols6jellszn">
    <w:name w:val="Light Shading Accent 6"/>
    <w:basedOn w:val="Normltblzat"/>
    <w:uiPriority w:val="60"/>
    <w:rsid w:val="00FC693F"/>
    <w:pPr>
      <w:spacing w:after="0" w:line="240" w:lineRule="auto"/>
    </w:pPr>
    <w:rPr>
      <w:rFonts w:ascii="Segoe UI" w:eastAsia="Segoe UI" w:hAnsi="Segoe UI"/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Vilgoslista">
    <w:name w:val="Light List"/>
    <w:basedOn w:val="Normltblzat"/>
    <w:uiPriority w:val="61"/>
    <w:rsid w:val="00FC693F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Vilgoslista1jellszn">
    <w:name w:val="Light List Accent 1"/>
    <w:basedOn w:val="Normltblzat"/>
    <w:uiPriority w:val="61"/>
    <w:rsid w:val="00FC693F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Vilgoslista2jellszn">
    <w:name w:val="Light List Accent 2"/>
    <w:basedOn w:val="Normltblzat"/>
    <w:uiPriority w:val="61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Vilgoslista3jellszn">
    <w:name w:val="Light List Accent 3"/>
    <w:basedOn w:val="Normltblzat"/>
    <w:uiPriority w:val="61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Vilgoslista4jellszn">
    <w:name w:val="Light List Accent 4"/>
    <w:basedOn w:val="Normltblzat"/>
    <w:uiPriority w:val="61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Vilgoslista5jellszn">
    <w:name w:val="Light List Accent 5"/>
    <w:basedOn w:val="Normltblzat"/>
    <w:uiPriority w:val="61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Vilgoslista6jellszn">
    <w:name w:val="Light List Accent 6"/>
    <w:basedOn w:val="Normltblzat"/>
    <w:uiPriority w:val="61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Vilgosrcs">
    <w:name w:val="Light Grid"/>
    <w:basedOn w:val="Normltblzat"/>
    <w:uiPriority w:val="62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Vilgosrcs1jellszn">
    <w:name w:val="Light Grid Accent 1"/>
    <w:basedOn w:val="Normltblzat"/>
    <w:uiPriority w:val="62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Vilgosrcs2jellszn">
    <w:name w:val="Light Grid Accent 2"/>
    <w:basedOn w:val="Normltblzat"/>
    <w:uiPriority w:val="62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Vilgosrcs3jellszn">
    <w:name w:val="Light Grid Accent 3"/>
    <w:basedOn w:val="Normltblzat"/>
    <w:uiPriority w:val="62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Vilgosrcs4jellszn">
    <w:name w:val="Light Grid Accent 4"/>
    <w:basedOn w:val="Normltblzat"/>
    <w:uiPriority w:val="62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Vilgosrcs5jellszn">
    <w:name w:val="Light Grid Accent 5"/>
    <w:basedOn w:val="Normltblzat"/>
    <w:uiPriority w:val="62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Vilgosrcs6jellszn">
    <w:name w:val="Light Grid Accent 6"/>
    <w:basedOn w:val="Normltblzat"/>
    <w:uiPriority w:val="62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Kzepesrnykols1">
    <w:name w:val="Medium Shading 1"/>
    <w:basedOn w:val="Normltblzat"/>
    <w:uiPriority w:val="63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1jellszn">
    <w:name w:val="Medium Shading 1 Accent 1"/>
    <w:basedOn w:val="Normltblzat"/>
    <w:uiPriority w:val="63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2jellszn">
    <w:name w:val="Medium Shading 1 Accent 2"/>
    <w:basedOn w:val="Normltblzat"/>
    <w:uiPriority w:val="63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3jellszn">
    <w:name w:val="Medium Shading 1 Accent 3"/>
    <w:basedOn w:val="Normltblzat"/>
    <w:uiPriority w:val="63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4jellszn">
    <w:name w:val="Medium Shading 1 Accent 4"/>
    <w:basedOn w:val="Normltblzat"/>
    <w:uiPriority w:val="63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5jellszn">
    <w:name w:val="Medium Shading 1 Accent 5"/>
    <w:basedOn w:val="Normltblzat"/>
    <w:uiPriority w:val="63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6jellszn">
    <w:name w:val="Medium Shading 1 Accent 6"/>
    <w:basedOn w:val="Normltblzat"/>
    <w:uiPriority w:val="63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2">
    <w:name w:val="Medium Shading 2"/>
    <w:basedOn w:val="Normltblzat"/>
    <w:uiPriority w:val="64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1jellszn">
    <w:name w:val="Medium Shading 2 Accent 1"/>
    <w:basedOn w:val="Normltblzat"/>
    <w:uiPriority w:val="64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2jellszn">
    <w:name w:val="Medium Shading 2 Accent 2"/>
    <w:basedOn w:val="Normltblzat"/>
    <w:uiPriority w:val="64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3jellszn">
    <w:name w:val="Medium Shading 2 Accent 3"/>
    <w:basedOn w:val="Normltblzat"/>
    <w:uiPriority w:val="64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4jellszn">
    <w:name w:val="Medium Shading 2 Accent 4"/>
    <w:basedOn w:val="Normltblzat"/>
    <w:uiPriority w:val="64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5jellszn">
    <w:name w:val="Medium Shading 2 Accent 5"/>
    <w:basedOn w:val="Normltblzat"/>
    <w:uiPriority w:val="64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6jellszn">
    <w:name w:val="Medium Shading 2 Accent 6"/>
    <w:basedOn w:val="Normltblzat"/>
    <w:uiPriority w:val="64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lista1">
    <w:name w:val="Medium List 1"/>
    <w:basedOn w:val="Normltblzat"/>
    <w:uiPriority w:val="65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Kzepeslista11jellszn">
    <w:name w:val="Medium List 1 Accent 1"/>
    <w:basedOn w:val="Normltblzat"/>
    <w:uiPriority w:val="65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Kzepeslista12jellszn">
    <w:name w:val="Medium List 1 Accent 2"/>
    <w:basedOn w:val="Normltblzat"/>
    <w:uiPriority w:val="65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Kzepeslista13jellszn">
    <w:name w:val="Medium List 1 Accent 3"/>
    <w:basedOn w:val="Normltblzat"/>
    <w:uiPriority w:val="65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Kzepeslista14jellszn">
    <w:name w:val="Medium List 1 Accent 4"/>
    <w:basedOn w:val="Normltblzat"/>
    <w:uiPriority w:val="65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Kzepeslista15jellszn">
    <w:name w:val="Medium List 1 Accent 5"/>
    <w:basedOn w:val="Normltblzat"/>
    <w:uiPriority w:val="65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Kzepeslista16jellszn">
    <w:name w:val="Medium List 1 Accent 6"/>
    <w:basedOn w:val="Normltblzat"/>
    <w:uiPriority w:val="65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Kzepeslista2">
    <w:name w:val="Medium Lis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1jellszn">
    <w:name w:val="Medium List 2 Accent 1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2jellszn">
    <w:name w:val="Medium List 2 Accen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3jellszn">
    <w:name w:val="Medium List 2 Accent 3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4jellszn">
    <w:name w:val="Medium List 2 Accent 4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5jellszn">
    <w:name w:val="Medium List 2 Accent 5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6jellszn">
    <w:name w:val="Medium List 2 Accent 6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rcs1">
    <w:name w:val="Medium Grid 1"/>
    <w:basedOn w:val="Normltblzat"/>
    <w:uiPriority w:val="67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zepesrcs11jellszn">
    <w:name w:val="Medium Grid 1 Accent 1"/>
    <w:basedOn w:val="Normltblzat"/>
    <w:uiPriority w:val="67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zepesrcs12jellszn">
    <w:name w:val="Medium Grid 1 Accent 2"/>
    <w:basedOn w:val="Normltblzat"/>
    <w:uiPriority w:val="67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zepesrcs13jellszn">
    <w:name w:val="Medium Grid 1 Accent 3"/>
    <w:basedOn w:val="Normltblzat"/>
    <w:uiPriority w:val="67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zepesrcs14jellszn">
    <w:name w:val="Medium Grid 1 Accent 4"/>
    <w:basedOn w:val="Normltblzat"/>
    <w:uiPriority w:val="67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zepesrcs15jellszn">
    <w:name w:val="Medium Grid 1 Accent 5"/>
    <w:basedOn w:val="Normltblzat"/>
    <w:uiPriority w:val="67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zepesrcs16jellszn">
    <w:name w:val="Medium Grid 1 Accent 6"/>
    <w:basedOn w:val="Normltblzat"/>
    <w:uiPriority w:val="67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zepesrcs2">
    <w:name w:val="Medium Grid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1jellszn">
    <w:name w:val="Medium Grid 2 Accent 1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2jellszn">
    <w:name w:val="Medium Grid 2 Accent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3jellszn">
    <w:name w:val="Medium Grid 2 Accent 3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4jellszn">
    <w:name w:val="Medium Grid 2 Accent 4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5jellszn">
    <w:name w:val="Medium Grid 2 Accent 5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6jellszn">
    <w:name w:val="Medium Grid 2 Accent 6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3">
    <w:name w:val="Medium Grid 3"/>
    <w:basedOn w:val="Normltblzat"/>
    <w:uiPriority w:val="69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Kzepesrcs31jellszn">
    <w:name w:val="Medium Grid 3 Accent 1"/>
    <w:basedOn w:val="Normltblzat"/>
    <w:uiPriority w:val="69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Kzepesrcs32jellszn">
    <w:name w:val="Medium Grid 3 Accent 2"/>
    <w:basedOn w:val="Normltblzat"/>
    <w:uiPriority w:val="69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Kzepesrcs33jellszn">
    <w:name w:val="Medium Grid 3 Accent 3"/>
    <w:basedOn w:val="Normltblzat"/>
    <w:uiPriority w:val="69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Kzepesrcs34jellszn">
    <w:name w:val="Medium Grid 3 Accent 4"/>
    <w:basedOn w:val="Normltblzat"/>
    <w:uiPriority w:val="69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Kzepesrcs35jellszn">
    <w:name w:val="Medium Grid 3 Accent 5"/>
    <w:basedOn w:val="Normltblzat"/>
    <w:uiPriority w:val="69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Kzepesrcs36jellszn">
    <w:name w:val="Medium Grid 3 Accent 6"/>
    <w:basedOn w:val="Normltblzat"/>
    <w:uiPriority w:val="69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Sttlista">
    <w:name w:val="Dark List"/>
    <w:basedOn w:val="Normltblzat"/>
    <w:uiPriority w:val="70"/>
    <w:rsid w:val="00CB0664"/>
    <w:pPr>
      <w:spacing w:after="0" w:line="240" w:lineRule="auto"/>
    </w:pPr>
    <w:rPr>
      <w:rFonts w:ascii="Segoe UI" w:eastAsia="Segoe UI" w:hAnsi="Segoe UI"/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Sttlista1jellszn">
    <w:name w:val="Dark List Accent 1"/>
    <w:basedOn w:val="Normltblzat"/>
    <w:uiPriority w:val="70"/>
    <w:rsid w:val="00CB0664"/>
    <w:pPr>
      <w:spacing w:after="0" w:line="240" w:lineRule="auto"/>
    </w:pPr>
    <w:rPr>
      <w:rFonts w:ascii="Segoe UI" w:eastAsia="Segoe UI" w:hAnsi="Segoe UI"/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Sttlista2jellszn">
    <w:name w:val="Dark List Accent 2"/>
    <w:basedOn w:val="Normltblzat"/>
    <w:uiPriority w:val="70"/>
    <w:rsid w:val="00CB0664"/>
    <w:pPr>
      <w:spacing w:after="0" w:line="240" w:lineRule="auto"/>
    </w:pPr>
    <w:rPr>
      <w:rFonts w:ascii="Segoe UI" w:eastAsia="Segoe UI" w:hAnsi="Segoe UI"/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Sttlista3jellszn">
    <w:name w:val="Dark List Accent 3"/>
    <w:basedOn w:val="Normltblzat"/>
    <w:uiPriority w:val="70"/>
    <w:rsid w:val="00CB0664"/>
    <w:pPr>
      <w:spacing w:after="0" w:line="240" w:lineRule="auto"/>
    </w:pPr>
    <w:rPr>
      <w:rFonts w:ascii="Segoe UI" w:eastAsia="Segoe UI" w:hAnsi="Segoe UI"/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Sttlista4jellszn">
    <w:name w:val="Dark List Accent 4"/>
    <w:basedOn w:val="Normltblzat"/>
    <w:uiPriority w:val="70"/>
    <w:rsid w:val="00CB0664"/>
    <w:pPr>
      <w:spacing w:after="0" w:line="240" w:lineRule="auto"/>
    </w:pPr>
    <w:rPr>
      <w:rFonts w:ascii="Segoe UI" w:eastAsia="Segoe UI" w:hAnsi="Segoe UI"/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Sttlista5jellszn">
    <w:name w:val="Dark List Accent 5"/>
    <w:basedOn w:val="Normltblzat"/>
    <w:uiPriority w:val="70"/>
    <w:rsid w:val="00CB0664"/>
    <w:pPr>
      <w:spacing w:after="0" w:line="240" w:lineRule="auto"/>
    </w:pPr>
    <w:rPr>
      <w:rFonts w:ascii="Segoe UI" w:eastAsia="Segoe UI" w:hAnsi="Segoe UI"/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Sttlista6jellszn">
    <w:name w:val="Dark List Accent 6"/>
    <w:basedOn w:val="Normltblzat"/>
    <w:uiPriority w:val="70"/>
    <w:rsid w:val="00CB0664"/>
    <w:pPr>
      <w:spacing w:after="0" w:line="240" w:lineRule="auto"/>
    </w:pPr>
    <w:rPr>
      <w:rFonts w:ascii="Segoe UI" w:eastAsia="Segoe UI" w:hAnsi="Segoe UI"/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znesrnykols">
    <w:name w:val="Colorful Shading"/>
    <w:basedOn w:val="Normltblzat"/>
    <w:uiPriority w:val="71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1jellszn">
    <w:name w:val="Colorful Shading Accent 1"/>
    <w:basedOn w:val="Normltblzat"/>
    <w:uiPriority w:val="71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2jellszn">
    <w:name w:val="Colorful Shading Accent 2"/>
    <w:basedOn w:val="Normltblzat"/>
    <w:uiPriority w:val="71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3jellszn">
    <w:name w:val="Colorful Shading Accent 3"/>
    <w:basedOn w:val="Normltblzat"/>
    <w:uiPriority w:val="71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nykols4jellszn">
    <w:name w:val="Colorful Shading Accent 4"/>
    <w:basedOn w:val="Normltblzat"/>
    <w:uiPriority w:val="71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5jellszn">
    <w:name w:val="Colorful Shading Accent 5"/>
    <w:basedOn w:val="Normltblzat"/>
    <w:uiPriority w:val="71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6jellszn">
    <w:name w:val="Colorful Shading Accent 6"/>
    <w:basedOn w:val="Normltblzat"/>
    <w:uiPriority w:val="71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lista">
    <w:name w:val="Colorful List"/>
    <w:basedOn w:val="Normltblzat"/>
    <w:uiPriority w:val="72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zneslista1jellszn">
    <w:name w:val="Colorful List Accent 1"/>
    <w:basedOn w:val="Normltblzat"/>
    <w:uiPriority w:val="72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Szneslista2jellszn">
    <w:name w:val="Colorful List Accent 2"/>
    <w:basedOn w:val="Normltblzat"/>
    <w:uiPriority w:val="72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Szneslista3jellszn">
    <w:name w:val="Colorful List Accent 3"/>
    <w:basedOn w:val="Normltblzat"/>
    <w:uiPriority w:val="72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Szneslista4jellszn">
    <w:name w:val="Colorful List Accent 4"/>
    <w:basedOn w:val="Normltblzat"/>
    <w:uiPriority w:val="72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Szneslista5jellszn">
    <w:name w:val="Colorful List Accent 5"/>
    <w:basedOn w:val="Normltblzat"/>
    <w:uiPriority w:val="72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Szneslista6jellszn">
    <w:name w:val="Colorful List Accent 6"/>
    <w:basedOn w:val="Normltblzat"/>
    <w:uiPriority w:val="72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Sznesrcs">
    <w:name w:val="Colorful Grid"/>
    <w:basedOn w:val="Normltblzat"/>
    <w:uiPriority w:val="73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znesrcs1jellszn">
    <w:name w:val="Colorful Grid Accent 1"/>
    <w:basedOn w:val="Normltblzat"/>
    <w:uiPriority w:val="73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znesrcs2jellszn">
    <w:name w:val="Colorful Grid Accent 2"/>
    <w:basedOn w:val="Normltblzat"/>
    <w:uiPriority w:val="73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znesrcs3jellszn">
    <w:name w:val="Colorful Grid Accent 3"/>
    <w:basedOn w:val="Normltblzat"/>
    <w:uiPriority w:val="73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cs4jellszn">
    <w:name w:val="Colorful Grid Accent 4"/>
    <w:basedOn w:val="Normltblzat"/>
    <w:uiPriority w:val="73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znesrcs5jellszn">
    <w:name w:val="Colorful Grid Accent 5"/>
    <w:basedOn w:val="Normltblzat"/>
    <w:uiPriority w:val="73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znesrcs6jellszn">
    <w:name w:val="Colorful Grid Accent 6"/>
    <w:basedOn w:val="Normltblzat"/>
    <w:uiPriority w:val="73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11</Pages>
  <Words>685</Words>
  <Characters>4729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5404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helga gyurko</cp:lastModifiedBy>
  <cp:revision>43</cp:revision>
  <dcterms:created xsi:type="dcterms:W3CDTF">2013-12-23T23:15:00Z</dcterms:created>
  <dcterms:modified xsi:type="dcterms:W3CDTF">2026-09-05T06:03:00Z</dcterms:modified>
  <cp:category/>
</cp:coreProperties>
</file>