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12250"/>
                <w:sz w:val="124"/>
              </w:rPr>
              <w:t>RENDBEN VAN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12250"/>
                <w:sz w:val="124"/>
              </w:rPr>
              <w:t>NEM OKÉ</w:t>
            </w:r>
          </w:p>
        </w:tc>
      </w:tr>
    </w:tbl>
    <w:sectPr w:rsidR="00E218F6" w:rsidSect="00034616">
      <w:headerReference w:type="default" r:id="rId8"/>
      <w:footerReference w:type="default" r:id="rId9"/>
      <w:pgSz w:w="12240" w:h="15840"/>
      <w:pgMar w:top="850" w:right="850" w:bottom="85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