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trHeight w:val="12359" w:hRule="exact"/>
        </w:trPr>
        <w:tc>
          <w:tcPr>
            <w:tcW w:type="dxa" w:w="10091"/>
            <w:vAlign w:val="center"/>
            <w:shd w:fill="FFFFFF"/>
            <w:tcBorders>
              <w:top w:val="single" w:sz="28" w:color="012250"/>
              <w:start w:val="single" w:sz="28" w:color="012250"/>
              <w:bottom w:val="single" w:sz="28" w:color="012250"/>
              <w:end w:val="single" w:sz="28" w:color="012250"/>
            </w:tcBorders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12250"/>
                <w:sz w:val="92"/>
              </w:rPr>
              <w:t>ELFOGADHATÓ</w:t>
            </w:r>
          </w:p>
        </w:tc>
      </w:tr>
    </w:tbl>
    <w:p>
      <w:r>
        <w:br w:type="page"/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trHeight w:val="12359" w:hRule="exact"/>
        </w:trPr>
        <w:tc>
          <w:tcPr>
            <w:tcW w:type="dxa" w:w="10091"/>
            <w:vAlign w:val="center"/>
            <w:shd w:fill="FFFFFF"/>
            <w:tcBorders>
              <w:top w:val="single" w:sz="28" w:color="012250"/>
              <w:start w:val="single" w:sz="28" w:color="012250"/>
              <w:bottom w:val="single" w:sz="28" w:color="012250"/>
              <w:end w:val="single" w:sz="28" w:color="012250"/>
            </w:tcBorders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12250"/>
                <w:sz w:val="92"/>
              </w:rPr>
              <w:t>NEM ELFOGADHATÓ</w:t>
            </w:r>
          </w:p>
        </w:tc>
      </w:tr>
    </w:tbl>
    <w:sectPr w:rsidR="00E218F6" w:rsidSect="00034616">
      <w:headerReference w:type="default" r:id="rId8"/>
      <w:footerReference w:type="default" r:id="rId9"/>
      <w:pgSz w:w="12240" w:h="15840"/>
      <w:pgMar w:top="850" w:right="850" w:bottom="850" w:left="850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0B6D3" w14:textId="77777777" w:rsidR="003F3CEC" w:rsidRDefault="003F3CEC">
      <w:pPr>
        <w:spacing w:after="0" w:line="240" w:lineRule="auto"/>
      </w:pPr>
      <w:r>
        <w:separator/>
      </w:r>
    </w:p>
  </w:endnote>
  <w:endnote w:type="continuationSeparator" w:id="0">
    <w:p w14:paraId="265D6865" w14:textId="77777777" w:rsidR="003F3CEC" w:rsidRDefault="003F3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70DDB" w14:textId="77777777" w:rsidR="00A62FEC" w:rsidRDefault="00E218F6">
    <w:pPr>
      <w:pStyle w:val="llb"/>
      <w:jc w:val="right"/>
    </w:pPr>
    <w:r>
      <w:rPr>
        <w:b/>
        <w:color w:val="666666"/>
        <w:sz w:val="20"/>
      </w:rPr>
      <w:t xml:space="preserve">BIZTONSÁGBAN AZ ISKOLÁBAN  |  NYOMTATHATÓ LAPOK  |  </w:t>
    </w:r>
    <w:r>
      <w:fldChar w:fldCharType="begin"/>
    </w:r>
    <w:r>
      <w:instrText xml:space="preserve"> PAGE </w:instrText>
    </w:r>
    <w:r>
      <w:fldChar w:fldCharType="separate"/>
    </w:r>
    <w:r w:rsidR="00AD6E4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2B366" w14:textId="77777777" w:rsidR="003F3CEC" w:rsidRDefault="003F3CEC">
      <w:pPr>
        <w:spacing w:after="0" w:line="240" w:lineRule="auto"/>
      </w:pPr>
      <w:r>
        <w:separator/>
      </w:r>
    </w:p>
  </w:footnote>
  <w:footnote w:type="continuationSeparator" w:id="0">
    <w:p w14:paraId="0FE59F51" w14:textId="77777777" w:rsidR="003F3CEC" w:rsidRDefault="003F3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6EAE5" w14:textId="77777777" w:rsidR="00A62FEC" w:rsidRDefault="00A62FE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2004BF"/>
    <w:multiLevelType w:val="hybridMultilevel"/>
    <w:tmpl w:val="BEE860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7585E"/>
    <w:multiLevelType w:val="hybridMultilevel"/>
    <w:tmpl w:val="FDE62F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69B"/>
    <w:rsid w:val="00034616"/>
    <w:rsid w:val="00053D8E"/>
    <w:rsid w:val="0006063C"/>
    <w:rsid w:val="000B4E77"/>
    <w:rsid w:val="0015074B"/>
    <w:rsid w:val="001D7E1B"/>
    <w:rsid w:val="002837CF"/>
    <w:rsid w:val="0029639D"/>
    <w:rsid w:val="002A6FA5"/>
    <w:rsid w:val="00326F90"/>
    <w:rsid w:val="003B153B"/>
    <w:rsid w:val="003F3CEC"/>
    <w:rsid w:val="00431EF5"/>
    <w:rsid w:val="004463E1"/>
    <w:rsid w:val="00557CB2"/>
    <w:rsid w:val="00570CFA"/>
    <w:rsid w:val="00587CB2"/>
    <w:rsid w:val="005E1854"/>
    <w:rsid w:val="00607323"/>
    <w:rsid w:val="00676B5A"/>
    <w:rsid w:val="006C53B1"/>
    <w:rsid w:val="007C6861"/>
    <w:rsid w:val="007F7EF2"/>
    <w:rsid w:val="008E7C97"/>
    <w:rsid w:val="00A26A45"/>
    <w:rsid w:val="00A277BF"/>
    <w:rsid w:val="00A62FEC"/>
    <w:rsid w:val="00AA1D8D"/>
    <w:rsid w:val="00AD6E4F"/>
    <w:rsid w:val="00B47730"/>
    <w:rsid w:val="00C82FCC"/>
    <w:rsid w:val="00CB0664"/>
    <w:rsid w:val="00DA60DA"/>
    <w:rsid w:val="00E0484D"/>
    <w:rsid w:val="00E06D94"/>
    <w:rsid w:val="00E218F6"/>
    <w:rsid w:val="00EF3360"/>
    <w:rsid w:val="00FC693F"/>
    <w:rsid w:val="00FF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33F5E4"/>
  <w14:defaultImageDpi w14:val="300"/>
  <w15:docId w15:val="{AA854F7F-7A78-44DB-BA69-5F271319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80" w:line="252" w:lineRule="auto"/>
    </w:pPr>
    <w:rPr>
      <w:rFonts w:ascii="Segoe UI" w:eastAsia="Segoe UI" w:hAnsi="Segoe UI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12250"/>
      <w:sz w:val="32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40B0A"/>
      <w:sz w:val="27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12250"/>
      <w:sz w:val="25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  <w:rPr>
      <w:rFonts w:ascii="Segoe UI" w:eastAsia="Segoe UI" w:hAnsi="Segoe UI"/>
    </w:rPr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  <w:rPr>
      <w:rFonts w:ascii="Segoe UI" w:eastAsia="Segoe UI" w:hAnsi="Segoe UI"/>
    </w:rPr>
  </w:style>
  <w:style w:type="paragraph" w:styleId="Nincstrkz">
    <w:name w:val="No Spacing"/>
    <w:uiPriority w:val="1"/>
    <w:qFormat/>
    <w:rsid w:val="00FC693F"/>
    <w:pPr>
      <w:spacing w:after="0" w:line="240" w:lineRule="auto"/>
    </w:pPr>
    <w:rPr>
      <w:rFonts w:ascii="Segoe UI" w:eastAsia="Segoe UI" w:hAnsi="Segoe UI"/>
    </w:r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12250"/>
      <w:spacing w:val="5"/>
      <w:kern w:val="28"/>
      <w:sz w:val="4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  <w:rPr>
      <w:rFonts w:ascii="Segoe UI" w:eastAsia="Segoe UI" w:hAnsi="Segoe UI"/>
    </w:rPr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  <w:rPr>
      <w:rFonts w:ascii="Segoe UI" w:eastAsia="Segoe UI" w:hAnsi="Segoe UI"/>
    </w:rPr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rFonts w:ascii="Segoe UI" w:eastAsia="Segoe UI" w:hAnsi="Segoe UI"/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Segoe UI" w:eastAsia="Segoe UI" w:hAnsi="Segoe UI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Segoe UI" w:eastAsia="Segoe UI" w:hAnsi="Segoe UI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rFonts w:ascii="Segoe UI" w:eastAsia="Segoe UI" w:hAnsi="Segoe UI"/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rFonts w:ascii="Segoe UI" w:eastAsia="Segoe UI" w:hAnsi="Segoe UI"/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rFonts w:ascii="Segoe UI" w:eastAsia="Segoe UI" w:hAnsi="Segoe UI"/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rFonts w:ascii="Segoe UI" w:eastAsia="Segoe UI" w:hAnsi="Segoe UI"/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rFonts w:ascii="Segoe UI" w:eastAsia="Segoe UI" w:hAnsi="Segoe UI"/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rFonts w:ascii="Segoe UI" w:eastAsia="Segoe UI" w:hAnsi="Segoe UI"/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rFonts w:ascii="Segoe UI" w:eastAsia="Segoe UI" w:hAnsi="Segoe UI"/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  <w:rPr>
      <w:rFonts w:ascii="Segoe UI" w:eastAsia="Segoe UI" w:hAnsi="Segoe UI"/>
    </w:r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rPr>
      <w:rFonts w:ascii="Segoe UI" w:eastAsia="Segoe UI" w:hAnsi="Segoe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685</Words>
  <Characters>4729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helga gyurko</cp:lastModifiedBy>
  <cp:revision>43</cp:revision>
  <dcterms:created xsi:type="dcterms:W3CDTF">2013-12-23T23:15:00Z</dcterms:created>
  <dcterms:modified xsi:type="dcterms:W3CDTF">2026-09-05T06:03:00Z</dcterms:modified>
  <cp:category/>
</cp:coreProperties>
</file>