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70"/>
        <w:gridCol w:w="5270"/>
      </w:tblGrid>
      <w:tr w:rsidR="00A62FEC" w14:paraId="50896A94" w14:textId="77777777">
        <w:trPr>
          <w:cantSplit/>
          <w:jc w:val="center"/>
        </w:trPr>
        <w:tc>
          <w:tcPr>
            <w:tcW w:w="5270" w:type="dxa"/>
            <w:shd w:val="clear" w:color="auto" w:fill="01225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3E431A" w14:textId="77777777" w:rsidR="00A62FEC" w:rsidRDefault="00E218F6">
            <w:pPr>
              <w:spacing w:after="0"/>
            </w:pPr>
            <w:r>
              <w:rPr>
                <w:b/>
                <w:color w:val="FFFFFF"/>
              </w:rPr>
              <w:t>TANULÓI LAP</w:t>
            </w:r>
          </w:p>
        </w:tc>
        <w:tc>
          <w:tcPr>
            <w:tcW w:w="5270" w:type="dxa"/>
            <w:shd w:val="clear" w:color="auto" w:fill="01225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A142B9" w14:textId="77777777" w:rsidR="00A62FEC" w:rsidRDefault="00E218F6">
            <w:pPr>
              <w:spacing w:after="0"/>
              <w:jc w:val="right"/>
            </w:pPr>
            <w:r>
              <w:rPr>
                <w:b/>
                <w:color w:val="FFFFFF"/>
              </w:rPr>
              <w:t>HA SEGÍTSÉGRE VAN SZÜKSÉGED</w:t>
            </w:r>
          </w:p>
        </w:tc>
      </w:tr>
    </w:tbl>
    <w:p w14:paraId="42CA9285" w14:textId="77777777" w:rsidR="00A62FEC" w:rsidRDefault="00E218F6">
      <w:pPr>
        <w:spacing w:before="300" w:after="160"/>
        <w:jc w:val="center"/>
      </w:pPr>
      <w:r>
        <w:rPr>
          <w:b/>
          <w:color w:val="012250"/>
          <w:sz w:val="30"/>
        </w:rPr>
        <w:t>ŐKET KERESHETED</w:t>
      </w:r>
    </w:p>
    <w:p w14:paraId="49D081A8" w14:textId="77777777" w:rsidR="00770CC2" w:rsidRDefault="00770CC2">
      <w:pPr>
        <w:rPr>
          <w:b/>
          <w:color w:val="1A1A1A"/>
          <w:sz w:val="26"/>
        </w:rPr>
      </w:pPr>
    </w:p>
    <w:p w14:paraId="7063E197" w14:textId="6C2B07A0" w:rsidR="00A62FEC" w:rsidRDefault="00E218F6">
      <w:r>
        <w:rPr>
          <w:b/>
          <w:color w:val="1A1A1A"/>
          <w:sz w:val="26"/>
        </w:rPr>
        <w:t>1. Név: ______________________________________________</w:t>
      </w:r>
    </w:p>
    <w:p w14:paraId="42D23F90" w14:textId="392DEB60" w:rsidR="00A62FEC" w:rsidRDefault="00E218F6">
      <w:pPr>
        <w:spacing w:after="200"/>
        <w:rPr>
          <w:color w:val="1A1A1A"/>
        </w:rPr>
      </w:pPr>
      <w:proofErr w:type="spellStart"/>
      <w:r>
        <w:rPr>
          <w:color w:val="1A1A1A"/>
        </w:rPr>
        <w:t>Hol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találod</w:t>
      </w:r>
      <w:proofErr w:type="spellEnd"/>
      <w:r>
        <w:rPr>
          <w:color w:val="1A1A1A"/>
        </w:rPr>
        <w:t>: ___________________________________________</w:t>
      </w:r>
    </w:p>
    <w:p w14:paraId="1E849889" w14:textId="77777777" w:rsidR="00770CC2" w:rsidRPr="00770CC2" w:rsidRDefault="00770CC2" w:rsidP="00770CC2">
      <w:pPr>
        <w:spacing w:after="240"/>
        <w:rPr>
          <w:color w:val="1A1A1A"/>
        </w:rPr>
      </w:pPr>
      <w:proofErr w:type="spellStart"/>
      <w:r w:rsidRPr="00770CC2">
        <w:rPr>
          <w:color w:val="1A1A1A"/>
        </w:rPr>
        <w:t>Írásos</w:t>
      </w:r>
      <w:proofErr w:type="spellEnd"/>
      <w:r w:rsidRPr="00770CC2">
        <w:rPr>
          <w:color w:val="1A1A1A"/>
        </w:rPr>
        <w:t xml:space="preserve"> </w:t>
      </w:r>
      <w:proofErr w:type="spellStart"/>
      <w:r w:rsidRPr="00770CC2">
        <w:rPr>
          <w:color w:val="1A1A1A"/>
        </w:rPr>
        <w:t>elérhetősége</w:t>
      </w:r>
      <w:proofErr w:type="spellEnd"/>
      <w:r w:rsidRPr="00770CC2">
        <w:rPr>
          <w:color w:val="1A1A1A"/>
        </w:rPr>
        <w:t xml:space="preserve">, ha </w:t>
      </w:r>
      <w:proofErr w:type="spellStart"/>
      <w:r w:rsidRPr="00770CC2">
        <w:rPr>
          <w:color w:val="1A1A1A"/>
        </w:rPr>
        <w:t>az</w:t>
      </w:r>
      <w:proofErr w:type="spellEnd"/>
      <w:r w:rsidRPr="00770CC2">
        <w:rPr>
          <w:color w:val="1A1A1A"/>
        </w:rPr>
        <w:t xml:space="preserve"> </w:t>
      </w:r>
      <w:proofErr w:type="spellStart"/>
      <w:r w:rsidRPr="00770CC2">
        <w:rPr>
          <w:color w:val="1A1A1A"/>
        </w:rPr>
        <w:t>iskola</w:t>
      </w:r>
      <w:proofErr w:type="spellEnd"/>
      <w:r w:rsidRPr="00770CC2">
        <w:rPr>
          <w:color w:val="1A1A1A"/>
        </w:rPr>
        <w:t xml:space="preserve"> </w:t>
      </w:r>
      <w:proofErr w:type="spellStart"/>
      <w:r w:rsidRPr="00770CC2">
        <w:rPr>
          <w:color w:val="1A1A1A"/>
        </w:rPr>
        <w:t>biztosít</w:t>
      </w:r>
      <w:proofErr w:type="spellEnd"/>
      <w:r w:rsidRPr="00770CC2">
        <w:rPr>
          <w:color w:val="1A1A1A"/>
        </w:rPr>
        <w:t xml:space="preserve"> </w:t>
      </w:r>
      <w:proofErr w:type="spellStart"/>
      <w:r w:rsidRPr="00770CC2">
        <w:rPr>
          <w:color w:val="1A1A1A"/>
        </w:rPr>
        <w:t>ilyet</w:t>
      </w:r>
      <w:proofErr w:type="spellEnd"/>
      <w:r w:rsidRPr="00770CC2">
        <w:rPr>
          <w:color w:val="1A1A1A"/>
        </w:rPr>
        <w:t>: ______________________________</w:t>
      </w:r>
    </w:p>
    <w:p w14:paraId="31AB951F" w14:textId="77777777" w:rsidR="00770CC2" w:rsidRDefault="00770CC2">
      <w:pPr>
        <w:spacing w:after="200"/>
      </w:pPr>
    </w:p>
    <w:p w14:paraId="16DD4BC2" w14:textId="77777777" w:rsidR="00A62FEC" w:rsidRDefault="00E218F6">
      <w:r>
        <w:rPr>
          <w:b/>
          <w:color w:val="1A1A1A"/>
          <w:sz w:val="26"/>
        </w:rPr>
        <w:t>2. Név: ______________________________________________</w:t>
      </w:r>
    </w:p>
    <w:p w14:paraId="42B02027" w14:textId="77777777" w:rsidR="00A62FEC" w:rsidRDefault="00E218F6">
      <w:pPr>
        <w:spacing w:after="240"/>
      </w:pPr>
      <w:r>
        <w:rPr>
          <w:color w:val="1A1A1A"/>
        </w:rPr>
        <w:t>Hol találod: ___________________________________________</w:t>
      </w:r>
    </w:p>
    <w:p w14:paraId="5AC5BA03" w14:textId="5FDC842D" w:rsidR="00770CC2" w:rsidRDefault="00770CC2" w:rsidP="00770CC2">
      <w:pPr>
        <w:spacing w:after="240"/>
        <w:rPr>
          <w:color w:val="1A1A1A"/>
        </w:rPr>
      </w:pPr>
      <w:proofErr w:type="spellStart"/>
      <w:r w:rsidRPr="00770CC2">
        <w:rPr>
          <w:color w:val="1A1A1A"/>
        </w:rPr>
        <w:t>Írásos</w:t>
      </w:r>
      <w:proofErr w:type="spellEnd"/>
      <w:r w:rsidRPr="00770CC2">
        <w:rPr>
          <w:color w:val="1A1A1A"/>
        </w:rPr>
        <w:t xml:space="preserve"> </w:t>
      </w:r>
      <w:proofErr w:type="spellStart"/>
      <w:r w:rsidRPr="00770CC2">
        <w:rPr>
          <w:color w:val="1A1A1A"/>
        </w:rPr>
        <w:t>elérhetősége</w:t>
      </w:r>
      <w:proofErr w:type="spellEnd"/>
      <w:r w:rsidRPr="00770CC2">
        <w:rPr>
          <w:color w:val="1A1A1A"/>
        </w:rPr>
        <w:t xml:space="preserve">, ha </w:t>
      </w:r>
      <w:proofErr w:type="spellStart"/>
      <w:r w:rsidRPr="00770CC2">
        <w:rPr>
          <w:color w:val="1A1A1A"/>
        </w:rPr>
        <w:t>az</w:t>
      </w:r>
      <w:proofErr w:type="spellEnd"/>
      <w:r w:rsidRPr="00770CC2">
        <w:rPr>
          <w:color w:val="1A1A1A"/>
        </w:rPr>
        <w:t xml:space="preserve"> </w:t>
      </w:r>
      <w:proofErr w:type="spellStart"/>
      <w:r w:rsidRPr="00770CC2">
        <w:rPr>
          <w:color w:val="1A1A1A"/>
        </w:rPr>
        <w:t>iskola</w:t>
      </w:r>
      <w:proofErr w:type="spellEnd"/>
      <w:r w:rsidRPr="00770CC2">
        <w:rPr>
          <w:color w:val="1A1A1A"/>
        </w:rPr>
        <w:t xml:space="preserve"> </w:t>
      </w:r>
      <w:proofErr w:type="spellStart"/>
      <w:r w:rsidRPr="00770CC2">
        <w:rPr>
          <w:color w:val="1A1A1A"/>
        </w:rPr>
        <w:t>biztosít</w:t>
      </w:r>
      <w:proofErr w:type="spellEnd"/>
      <w:r w:rsidRPr="00770CC2">
        <w:rPr>
          <w:color w:val="1A1A1A"/>
        </w:rPr>
        <w:t xml:space="preserve"> </w:t>
      </w:r>
      <w:proofErr w:type="spellStart"/>
      <w:r w:rsidRPr="00770CC2">
        <w:rPr>
          <w:color w:val="1A1A1A"/>
        </w:rPr>
        <w:t>ilyet</w:t>
      </w:r>
      <w:proofErr w:type="spellEnd"/>
      <w:r w:rsidRPr="00770CC2">
        <w:rPr>
          <w:color w:val="1A1A1A"/>
        </w:rPr>
        <w:t>: ______________________________</w:t>
      </w:r>
    </w:p>
    <w:p w14:paraId="29C7AC55" w14:textId="77777777" w:rsidR="00770CC2" w:rsidRPr="00770CC2" w:rsidRDefault="00770CC2" w:rsidP="00770CC2">
      <w:pPr>
        <w:spacing w:after="240"/>
        <w:rPr>
          <w:color w:val="1A1A1A"/>
        </w:rPr>
      </w:pPr>
    </w:p>
    <w:p w14:paraId="79CE475D" w14:textId="57726627" w:rsidR="00A62FEC" w:rsidRDefault="00E218F6">
      <w:r>
        <w:rPr>
          <w:b/>
          <w:color w:val="012250"/>
          <w:sz w:val="27"/>
        </w:rPr>
        <w:t>MIT MONDHATSZ?</w:t>
      </w:r>
    </w:p>
    <w:p w14:paraId="7994BAC2" w14:textId="77777777" w:rsidR="00A62FEC" w:rsidRDefault="00E218F6">
      <w:pPr>
        <w:spacing w:after="40"/>
      </w:pPr>
      <w:r>
        <w:rPr>
          <w:color w:val="1A1A1A"/>
        </w:rPr>
        <w:t>•  Szeretnék segítséget kérni.</w:t>
      </w:r>
    </w:p>
    <w:p w14:paraId="59CDADF8" w14:textId="77777777" w:rsidR="00A62FEC" w:rsidRDefault="00E218F6">
      <w:pPr>
        <w:spacing w:after="40"/>
      </w:pPr>
      <w:r>
        <w:rPr>
          <w:color w:val="1A1A1A"/>
        </w:rPr>
        <w:t>•  Beszélhetnék veled valamiről kettesben?</w:t>
      </w:r>
    </w:p>
    <w:p w14:paraId="4297E8EC" w14:textId="77777777" w:rsidR="00A62FEC" w:rsidRDefault="00E218F6">
      <w:pPr>
        <w:spacing w:after="40"/>
      </w:pPr>
      <w:r>
        <w:rPr>
          <w:color w:val="1A1A1A"/>
        </w:rPr>
        <w:t>•  Valakit bántanak, és szeretném elmondani.</w:t>
      </w:r>
    </w:p>
    <w:p w14:paraId="58CF79CD" w14:textId="77777777" w:rsidR="00A62FEC" w:rsidRDefault="00E218F6">
      <w:pPr>
        <w:spacing w:before="160"/>
      </w:pPr>
      <w:r>
        <w:rPr>
          <w:b/>
          <w:color w:val="012250"/>
          <w:sz w:val="27"/>
        </w:rPr>
        <w:t>MI TÖRTÉNIK, HA SZÓLSZ?</w:t>
      </w:r>
    </w:p>
    <w:p w14:paraId="2A80A609" w14:textId="77777777" w:rsidR="00A62FEC" w:rsidRDefault="00E218F6">
      <w:pPr>
        <w:spacing w:after="50"/>
        <w:ind w:left="255" w:hanging="170"/>
      </w:pPr>
      <w:r>
        <w:rPr>
          <w:color w:val="1A1A1A"/>
        </w:rPr>
        <w:t>›  Meghallgatnak.</w:t>
      </w:r>
    </w:p>
    <w:p w14:paraId="246E64B6" w14:textId="77777777" w:rsidR="00A62FEC" w:rsidRDefault="00E218F6">
      <w:pPr>
        <w:spacing w:after="50"/>
        <w:ind w:left="255" w:hanging="170"/>
      </w:pPr>
      <w:r>
        <w:rPr>
          <w:color w:val="1A1A1A"/>
        </w:rPr>
        <w:t>›  Megnézik, hogy biztonságban vagy-e.</w:t>
      </w:r>
    </w:p>
    <w:p w14:paraId="3A1A71DC" w14:textId="77777777" w:rsidR="00A62FEC" w:rsidRDefault="00E218F6">
      <w:pPr>
        <w:spacing w:after="50"/>
        <w:ind w:left="255" w:hanging="170"/>
      </w:pPr>
      <w:r>
        <w:rPr>
          <w:color w:val="1A1A1A"/>
        </w:rPr>
        <w:t>›  Elmondják, mi fog történni ezután.</w:t>
      </w:r>
    </w:p>
    <w:p w14:paraId="238ED34D" w14:textId="57937B20" w:rsidR="00A62FEC" w:rsidRDefault="00E218F6">
      <w:pPr>
        <w:spacing w:after="50"/>
        <w:ind w:left="255" w:hanging="170"/>
        <w:rPr>
          <w:color w:val="1A1A1A"/>
        </w:rPr>
      </w:pPr>
      <w:proofErr w:type="gramStart"/>
      <w:r>
        <w:rPr>
          <w:color w:val="1A1A1A"/>
        </w:rPr>
        <w:t xml:space="preserve">›  </w:t>
      </w:r>
      <w:proofErr w:type="spellStart"/>
      <w:r>
        <w:rPr>
          <w:color w:val="1A1A1A"/>
        </w:rPr>
        <w:t>Később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újra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megkérdezik</w:t>
      </w:r>
      <w:proofErr w:type="spellEnd"/>
      <w:r>
        <w:rPr>
          <w:color w:val="1A1A1A"/>
        </w:rPr>
        <w:t xml:space="preserve">, </w:t>
      </w:r>
      <w:proofErr w:type="spellStart"/>
      <w:r>
        <w:rPr>
          <w:color w:val="1A1A1A"/>
        </w:rPr>
        <w:t>megszűnt</w:t>
      </w:r>
      <w:proofErr w:type="spellEnd"/>
      <w:r>
        <w:rPr>
          <w:color w:val="1A1A1A"/>
        </w:rPr>
        <w:t xml:space="preserve">-e a </w:t>
      </w:r>
      <w:proofErr w:type="spellStart"/>
      <w:r>
        <w:rPr>
          <w:color w:val="1A1A1A"/>
        </w:rPr>
        <w:t>bántás</w:t>
      </w:r>
      <w:proofErr w:type="spellEnd"/>
      <w:r>
        <w:rPr>
          <w:color w:val="1A1A1A"/>
        </w:rPr>
        <w:t>.</w:t>
      </w:r>
    </w:p>
    <w:p w14:paraId="4FE757C3" w14:textId="77777777" w:rsidR="00607323" w:rsidRDefault="00607323">
      <w:pPr>
        <w:spacing w:after="50"/>
        <w:ind w:left="255" w:hanging="17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540"/>
      </w:tblGrid>
      <w:tr w:rsidR="00A62FEC" w14:paraId="55DF21B5" w14:textId="77777777">
        <w:trPr>
          <w:cantSplit/>
        </w:trPr>
        <w:tc>
          <w:tcPr>
            <w:tcW w:w="10540" w:type="dxa"/>
            <w:tcBorders>
              <w:top w:val="nil"/>
              <w:left w:val="single" w:sz="16" w:space="0" w:color="840B0A"/>
              <w:bottom w:val="nil"/>
              <w:right w:val="nil"/>
            </w:tcBorders>
            <w:shd w:val="clear" w:color="auto" w:fill="F7EEEE"/>
            <w:tcMar>
              <w:top w:w="70" w:type="dxa"/>
              <w:left w:w="130" w:type="dxa"/>
              <w:bottom w:w="70" w:type="dxa"/>
              <w:right w:w="100" w:type="dxa"/>
            </w:tcMar>
          </w:tcPr>
          <w:p w14:paraId="394CE44D" w14:textId="77777777" w:rsidR="00A62FEC" w:rsidRDefault="00E218F6">
            <w:pPr>
              <w:spacing w:after="0"/>
            </w:pPr>
            <w:r>
              <w:rPr>
                <w:b/>
                <w:color w:val="840B0A"/>
              </w:rPr>
              <w:t>HA MOST VESZÉLYBEN VAGY</w:t>
            </w:r>
          </w:p>
        </w:tc>
      </w:tr>
    </w:tbl>
    <w:p w14:paraId="6C1CFE62" w14:textId="77777777" w:rsidR="00A62FEC" w:rsidRDefault="00E218F6">
      <w:r>
        <w:rPr>
          <w:b/>
          <w:color w:val="1A1A1A"/>
        </w:rPr>
        <w:t>Szólj rögtön a legközelebbi felnőttnek.</w:t>
      </w:r>
    </w:p>
    <w:sectPr w:rsidR="00A62FEC" w:rsidSect="00034616">
      <w:headerReference w:type="default" r:id="rId8"/>
      <w:footerReference w:type="default" r:id="rId9"/>
      <w:pgSz w:w="12240" w:h="15840"/>
      <w:pgMar w:top="680" w:right="850" w:bottom="680" w:left="850" w:header="283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2787A" w14:textId="77777777" w:rsidR="001603FC" w:rsidRDefault="001603FC">
      <w:pPr>
        <w:spacing w:after="0" w:line="240" w:lineRule="auto"/>
      </w:pPr>
      <w:r>
        <w:separator/>
      </w:r>
    </w:p>
  </w:endnote>
  <w:endnote w:type="continuationSeparator" w:id="0">
    <w:p w14:paraId="269E6556" w14:textId="77777777" w:rsidR="001603FC" w:rsidRDefault="00160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70DDB" w14:textId="77777777" w:rsidR="00A62FEC" w:rsidRDefault="00E218F6">
    <w:pPr>
      <w:pStyle w:val="llb"/>
      <w:jc w:val="right"/>
    </w:pPr>
    <w:r>
      <w:rPr>
        <w:b/>
        <w:color w:val="666666"/>
        <w:sz w:val="20"/>
      </w:rPr>
      <w:t xml:space="preserve">BIZTONSÁGBAN AZ ISKOLÁBAN  |  NYOMTATHATÓ LAPOK  |  </w:t>
    </w:r>
    <w:r>
      <w:fldChar w:fldCharType="begin"/>
    </w:r>
    <w:r>
      <w:instrText xml:space="preserve"> PAGE </w:instrText>
    </w:r>
    <w:r>
      <w:fldChar w:fldCharType="separate"/>
    </w:r>
    <w:r w:rsidR="00AD6E4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97085" w14:textId="77777777" w:rsidR="001603FC" w:rsidRDefault="001603FC">
      <w:pPr>
        <w:spacing w:after="0" w:line="240" w:lineRule="auto"/>
      </w:pPr>
      <w:r>
        <w:separator/>
      </w:r>
    </w:p>
  </w:footnote>
  <w:footnote w:type="continuationSeparator" w:id="0">
    <w:p w14:paraId="25E9CAED" w14:textId="77777777" w:rsidR="001603FC" w:rsidRDefault="00160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6EAE5" w14:textId="77777777" w:rsidR="00A62FEC" w:rsidRDefault="00A62FE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A2004BF"/>
    <w:multiLevelType w:val="hybridMultilevel"/>
    <w:tmpl w:val="BEE860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57585E"/>
    <w:multiLevelType w:val="hybridMultilevel"/>
    <w:tmpl w:val="FDE62F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469B"/>
    <w:rsid w:val="00034616"/>
    <w:rsid w:val="00053D8E"/>
    <w:rsid w:val="0006063C"/>
    <w:rsid w:val="000B4E77"/>
    <w:rsid w:val="0015074B"/>
    <w:rsid w:val="001603FC"/>
    <w:rsid w:val="001D7E1B"/>
    <w:rsid w:val="002837CF"/>
    <w:rsid w:val="0029639D"/>
    <w:rsid w:val="002A6FA5"/>
    <w:rsid w:val="00326F90"/>
    <w:rsid w:val="003B153B"/>
    <w:rsid w:val="003F3CEC"/>
    <w:rsid w:val="00431EF5"/>
    <w:rsid w:val="004463E1"/>
    <w:rsid w:val="00557CB2"/>
    <w:rsid w:val="00570CFA"/>
    <w:rsid w:val="00587CB2"/>
    <w:rsid w:val="005E1854"/>
    <w:rsid w:val="00607323"/>
    <w:rsid w:val="00676B5A"/>
    <w:rsid w:val="006C53B1"/>
    <w:rsid w:val="00770CC2"/>
    <w:rsid w:val="007C6861"/>
    <w:rsid w:val="007F7EF2"/>
    <w:rsid w:val="008E7C97"/>
    <w:rsid w:val="00A26A45"/>
    <w:rsid w:val="00A277BF"/>
    <w:rsid w:val="00A62FEC"/>
    <w:rsid w:val="00AA1D8D"/>
    <w:rsid w:val="00AD6E4F"/>
    <w:rsid w:val="00B47730"/>
    <w:rsid w:val="00C82FCC"/>
    <w:rsid w:val="00CB0664"/>
    <w:rsid w:val="00DA60DA"/>
    <w:rsid w:val="00E0484D"/>
    <w:rsid w:val="00E06D94"/>
    <w:rsid w:val="00E218F6"/>
    <w:rsid w:val="00EF3360"/>
    <w:rsid w:val="00FC693F"/>
    <w:rsid w:val="00FF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33F5E4"/>
  <w14:defaultImageDpi w14:val="300"/>
  <w15:docId w15:val="{AA854F7F-7A78-44DB-BA69-5F271319B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pPr>
      <w:spacing w:after="80" w:line="252" w:lineRule="auto"/>
    </w:pPr>
    <w:rPr>
      <w:rFonts w:ascii="Segoe UI" w:eastAsia="Segoe UI" w:hAnsi="Segoe UI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12250"/>
      <w:sz w:val="32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840B0A"/>
      <w:sz w:val="27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12250"/>
      <w:sz w:val="25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  <w:rPr>
      <w:rFonts w:ascii="Segoe UI" w:eastAsia="Segoe UI" w:hAnsi="Segoe UI"/>
    </w:rPr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  <w:rPr>
      <w:rFonts w:ascii="Segoe UI" w:eastAsia="Segoe UI" w:hAnsi="Segoe UI"/>
    </w:rPr>
  </w:style>
  <w:style w:type="paragraph" w:styleId="Nincstrkz">
    <w:name w:val="No Spacing"/>
    <w:uiPriority w:val="1"/>
    <w:qFormat/>
    <w:rsid w:val="00FC693F"/>
    <w:pPr>
      <w:spacing w:after="0" w:line="240" w:lineRule="auto"/>
    </w:pPr>
    <w:rPr>
      <w:rFonts w:ascii="Segoe UI" w:eastAsia="Segoe UI" w:hAnsi="Segoe UI"/>
    </w:r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012250"/>
      <w:spacing w:val="5"/>
      <w:kern w:val="28"/>
      <w:sz w:val="48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  <w:rPr>
      <w:rFonts w:ascii="Segoe UI" w:eastAsia="Segoe UI" w:hAnsi="Segoe UI"/>
    </w:rPr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  <w:rPr>
      <w:rFonts w:ascii="Segoe UI" w:eastAsia="Segoe UI" w:hAnsi="Segoe UI"/>
    </w:rPr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rFonts w:ascii="Segoe UI" w:eastAsia="Segoe UI" w:hAnsi="Segoe UI"/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Segoe UI" w:eastAsia="Segoe UI" w:hAnsi="Segoe UI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Segoe UI" w:eastAsia="Segoe UI" w:hAnsi="Segoe UI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rFonts w:ascii="Segoe UI" w:eastAsia="Segoe UI" w:hAnsi="Segoe UI"/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rFonts w:ascii="Segoe UI" w:eastAsia="Segoe UI" w:hAnsi="Segoe UI"/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rFonts w:ascii="Segoe UI" w:eastAsia="Segoe UI" w:hAnsi="Segoe UI"/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rFonts w:ascii="Segoe UI" w:eastAsia="Segoe UI" w:hAnsi="Segoe UI"/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rFonts w:ascii="Segoe UI" w:eastAsia="Segoe UI" w:hAnsi="Segoe UI"/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rFonts w:ascii="Segoe UI" w:eastAsia="Segoe UI" w:hAnsi="Segoe UI"/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rFonts w:ascii="Segoe UI" w:eastAsia="Segoe UI" w:hAnsi="Segoe UI"/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rFonts w:ascii="Segoe UI" w:eastAsia="Segoe UI" w:hAnsi="Segoe UI"/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rFonts w:ascii="Segoe UI" w:eastAsia="Segoe UI" w:hAnsi="Segoe UI"/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  <w:rPr>
      <w:rFonts w:ascii="Segoe UI" w:eastAsia="Segoe UI" w:hAnsi="Segoe UI"/>
    </w:r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rPr>
      <w:rFonts w:ascii="Segoe UI" w:eastAsia="Segoe UI" w:hAnsi="Segoe U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103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helga gyurko</cp:lastModifiedBy>
  <cp:revision>44</cp:revision>
  <dcterms:created xsi:type="dcterms:W3CDTF">2013-12-23T23:15:00Z</dcterms:created>
  <dcterms:modified xsi:type="dcterms:W3CDTF">2026-09-05T09:35:00Z</dcterms:modified>
  <cp:category/>
</cp:coreProperties>
</file>