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70"/>
        <w:gridCol w:w="5270"/>
      </w:tblGrid>
      <w:tr w:rsidR="00A62FEC" w14:paraId="7D9D7521" w14:textId="77777777">
        <w:trPr>
          <w:cantSplit/>
          <w:jc w:val="center"/>
        </w:trPr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1C5D75" w14:textId="77777777" w:rsidR="00A62FEC" w:rsidRDefault="00E218F6">
            <w:pPr>
              <w:spacing w:after="0"/>
            </w:pPr>
            <w:r>
              <w:rPr>
                <w:b/>
                <w:color w:val="FFFFFF"/>
              </w:rPr>
              <w:lastRenderedPageBreak/>
              <w:t>PEDAGÓGUSNAK</w:t>
            </w:r>
          </w:p>
        </w:tc>
        <w:tc>
          <w:tcPr>
            <w:tcW w:w="5270" w:type="dxa"/>
            <w:shd w:val="clear" w:color="auto" w:fill="01225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590E6" w14:textId="77777777" w:rsidR="00A62FEC" w:rsidRDefault="00E218F6">
            <w:pPr>
              <w:spacing w:after="0"/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 MI OSZTÁLYUNK HANGJA</w:t>
            </w:r>
          </w:p>
          <w:p w14:paraId="323A3203" w14:textId="4707D644" w:rsidR="0002469B" w:rsidRPr="0002469B" w:rsidRDefault="0002469B">
            <w:pPr>
              <w:spacing w:after="0"/>
              <w:jc w:val="right"/>
              <w:rPr>
                <w:b/>
                <w:bCs/>
              </w:rPr>
            </w:pPr>
            <w:r w:rsidRPr="0002469B">
              <w:rPr>
                <w:b/>
                <w:bCs/>
              </w:rPr>
              <w:t>ÖSSZESÍTŐ LAP</w:t>
            </w:r>
          </w:p>
        </w:tc>
      </w:tr>
    </w:tbl>
    <w:p w14:paraId="1CA35D3D" w14:textId="77777777" w:rsidR="00A62FEC" w:rsidRDefault="00E218F6">
      <w:pPr>
        <w:spacing w:before="160" w:after="100"/>
      </w:pPr>
      <w:r>
        <w:rPr>
          <w:b/>
          <w:color w:val="1A1A1A"/>
        </w:rPr>
        <w:t>Ezt a lapot a foglalkozás UTÁN töltsd ki a névtelen jelölőlapok összesítése alapján. Ne kerüljön rá tanuló neve vagy egyedi ügy.</w:t>
      </w:r>
    </w:p>
    <w:p w14:paraId="42D2276F" w14:textId="77777777" w:rsidR="00E06D94" w:rsidRDefault="00E06D94">
      <w:pPr>
        <w:rPr>
          <w:color w:val="1A1A1A"/>
        </w:rPr>
      </w:pPr>
    </w:p>
    <w:p w14:paraId="423CB684" w14:textId="74E9A7AA" w:rsidR="00A62FEC" w:rsidRDefault="00E218F6">
      <w:proofErr w:type="spellStart"/>
      <w:r>
        <w:rPr>
          <w:color w:val="1A1A1A"/>
        </w:rPr>
        <w:t>Évfolyam</w:t>
      </w:r>
      <w:proofErr w:type="spellEnd"/>
      <w:r>
        <w:rPr>
          <w:color w:val="1A1A1A"/>
        </w:rPr>
        <w:t xml:space="preserve"> / </w:t>
      </w:r>
      <w:proofErr w:type="spellStart"/>
      <w:r>
        <w:rPr>
          <w:color w:val="1A1A1A"/>
        </w:rPr>
        <w:t>osztály</w:t>
      </w:r>
      <w:proofErr w:type="spellEnd"/>
      <w:r>
        <w:rPr>
          <w:color w:val="1A1A1A"/>
        </w:rPr>
        <w:t>: __________________________________________</w:t>
      </w:r>
    </w:p>
    <w:p w14:paraId="2E32B920" w14:textId="77777777" w:rsidR="00AD6E4F" w:rsidRDefault="00E218F6">
      <w:pPr>
        <w:spacing w:after="140"/>
        <w:rPr>
          <w:color w:val="1A1A1A"/>
        </w:rPr>
      </w:pPr>
      <w:proofErr w:type="spellStart"/>
      <w:r>
        <w:rPr>
          <w:color w:val="1A1A1A"/>
        </w:rPr>
        <w:t>Foglalkozás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dátuma</w:t>
      </w:r>
      <w:proofErr w:type="spellEnd"/>
      <w:r>
        <w:rPr>
          <w:color w:val="1A1A1A"/>
        </w:rPr>
        <w:t xml:space="preserve">: ____________________    </w:t>
      </w:r>
      <w:proofErr w:type="spellStart"/>
      <w:r>
        <w:rPr>
          <w:color w:val="1A1A1A"/>
        </w:rPr>
        <w:t>Kitöltők</w:t>
      </w:r>
      <w:proofErr w:type="spellEnd"/>
      <w:r>
        <w:rPr>
          <w:color w:val="1A1A1A"/>
        </w:rPr>
        <w:t xml:space="preserve"> </w:t>
      </w:r>
      <w:proofErr w:type="spellStart"/>
      <w:r>
        <w:rPr>
          <w:color w:val="1A1A1A"/>
        </w:rPr>
        <w:t>száma</w:t>
      </w:r>
      <w:proofErr w:type="spellEnd"/>
      <w:r>
        <w:rPr>
          <w:color w:val="1A1A1A"/>
        </w:rPr>
        <w:t>: ______</w:t>
      </w:r>
    </w:p>
    <w:p w14:paraId="0ABAD66B" w14:textId="77777777" w:rsidR="00E06D94" w:rsidRDefault="00E06D94" w:rsidP="00AD6E4F">
      <w:pPr>
        <w:spacing w:after="60"/>
        <w:rPr>
          <w:b/>
          <w:color w:val="012250"/>
          <w:sz w:val="25"/>
        </w:rPr>
      </w:pPr>
    </w:p>
    <w:p w14:paraId="6AF4CBED" w14:textId="133F9EC6" w:rsidR="00AD6E4F" w:rsidRPr="00AD6E4F" w:rsidRDefault="00AD6E4F" w:rsidP="00AD6E4F">
      <w:pPr>
        <w:spacing w:after="60"/>
        <w:rPr>
          <w:b/>
          <w:color w:val="012250"/>
          <w:sz w:val="25"/>
        </w:rPr>
      </w:pPr>
      <w:r w:rsidRPr="00AD6E4F">
        <w:rPr>
          <w:b/>
          <w:color w:val="012250"/>
          <w:sz w:val="25"/>
        </w:rPr>
        <w:t>1. AZ OSZT</w:t>
      </w:r>
      <w:r w:rsidRPr="00AD6E4F">
        <w:rPr>
          <w:rFonts w:hint="cs"/>
          <w:b/>
          <w:color w:val="012250"/>
          <w:sz w:val="25"/>
        </w:rPr>
        <w:t>Á</w:t>
      </w:r>
      <w:r w:rsidRPr="00AD6E4F">
        <w:rPr>
          <w:b/>
          <w:color w:val="012250"/>
          <w:sz w:val="25"/>
        </w:rPr>
        <w:t>LY H</w:t>
      </w:r>
      <w:r w:rsidRPr="00AD6E4F">
        <w:rPr>
          <w:rFonts w:hint="cs"/>
          <w:b/>
          <w:color w:val="012250"/>
          <w:sz w:val="25"/>
        </w:rPr>
        <w:t>Á</w:t>
      </w:r>
      <w:r w:rsidRPr="00AD6E4F">
        <w:rPr>
          <w:b/>
          <w:color w:val="012250"/>
          <w:sz w:val="25"/>
        </w:rPr>
        <w:t>ROM V</w:t>
      </w:r>
      <w:r w:rsidRPr="00AD6E4F">
        <w:rPr>
          <w:rFonts w:hint="cs"/>
          <w:b/>
          <w:color w:val="012250"/>
          <w:sz w:val="25"/>
        </w:rPr>
        <w:t>Á</w:t>
      </w:r>
      <w:r w:rsidRPr="00AD6E4F">
        <w:rPr>
          <w:b/>
          <w:color w:val="012250"/>
          <w:sz w:val="25"/>
        </w:rPr>
        <w:t>LASZT</w:t>
      </w:r>
      <w:r w:rsidRPr="00AD6E4F">
        <w:rPr>
          <w:rFonts w:hint="cs"/>
          <w:b/>
          <w:color w:val="012250"/>
          <w:sz w:val="25"/>
        </w:rPr>
        <w:t>Á</w:t>
      </w:r>
      <w:r w:rsidRPr="00AD6E4F">
        <w:rPr>
          <w:b/>
          <w:color w:val="012250"/>
          <w:sz w:val="25"/>
        </w:rPr>
        <w:t>SA</w:t>
      </w:r>
    </w:p>
    <w:p w14:paraId="4C4031FE" w14:textId="77777777" w:rsidR="00AD6E4F" w:rsidRDefault="00AD6E4F" w:rsidP="00AD6E4F">
      <w:pPr>
        <w:spacing w:after="140"/>
      </w:pPr>
      <w:proofErr w:type="spellStart"/>
      <w:r>
        <w:t>Ezt</w:t>
      </w:r>
      <w:proofErr w:type="spellEnd"/>
      <w:r>
        <w:t xml:space="preserve"> a </w:t>
      </w:r>
      <w:proofErr w:type="spellStart"/>
      <w:r>
        <w:t>h</w:t>
      </w:r>
      <w:r>
        <w:rPr>
          <w:rFonts w:hint="cs"/>
        </w:rPr>
        <w:t>á</w:t>
      </w:r>
      <w:r>
        <w:t>rom</w:t>
      </w:r>
      <w:proofErr w:type="spellEnd"/>
      <w:r>
        <w:t xml:space="preserve"> </w:t>
      </w:r>
      <w:proofErr w:type="spellStart"/>
      <w:r>
        <w:t>szab</w:t>
      </w:r>
      <w:r>
        <w:rPr>
          <w:rFonts w:hint="cs"/>
        </w:rPr>
        <w:t>á</w:t>
      </w:r>
      <w:r>
        <w:t>lyt</w:t>
      </w:r>
      <w:proofErr w:type="spellEnd"/>
      <w:r>
        <w:t xml:space="preserve"> </w:t>
      </w:r>
      <w:proofErr w:type="spellStart"/>
      <w:r>
        <w:t>tartotta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oszt</w:t>
      </w:r>
      <w:r>
        <w:rPr>
          <w:rFonts w:hint="cs"/>
        </w:rPr>
        <w:t>á</w:t>
      </w:r>
      <w:r>
        <w:t>ly</w:t>
      </w:r>
      <w:proofErr w:type="spellEnd"/>
      <w:r>
        <w:t xml:space="preserve"> a </w:t>
      </w:r>
      <w:proofErr w:type="spellStart"/>
      <w:r>
        <w:t>legfontosabbnak</w:t>
      </w:r>
      <w:proofErr w:type="spellEnd"/>
      <w:r>
        <w:t xml:space="preserve"> </w:t>
      </w:r>
      <w:proofErr w:type="spellStart"/>
      <w:r>
        <w:t>ahhoz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j</w:t>
      </w:r>
      <w:r>
        <w:rPr>
          <w:rFonts w:hint="cs"/>
        </w:rPr>
        <w:t>ó</w:t>
      </w:r>
      <w:proofErr w:type="spellEnd"/>
      <w:r>
        <w:t xml:space="preserve"> </w:t>
      </w:r>
      <w:proofErr w:type="spellStart"/>
      <w:r>
        <w:rPr>
          <w:rFonts w:hint="cs"/>
        </w:rPr>
        <w:t>é</w:t>
      </w:r>
      <w:r>
        <w:t>s</w:t>
      </w:r>
      <w:proofErr w:type="spellEnd"/>
      <w:r>
        <w:t xml:space="preserve"> </w:t>
      </w:r>
      <w:proofErr w:type="spellStart"/>
      <w:r>
        <w:t>biztons</w:t>
      </w:r>
      <w:r>
        <w:rPr>
          <w:rFonts w:hint="cs"/>
        </w:rPr>
        <w:t>á</w:t>
      </w:r>
      <w:r>
        <w:t>gos</w:t>
      </w:r>
      <w:proofErr w:type="spellEnd"/>
      <w:r>
        <w:t xml:space="preserve"> </w:t>
      </w:r>
      <w:proofErr w:type="spellStart"/>
      <w:r>
        <w:t>legyen</w:t>
      </w:r>
      <w:proofErr w:type="spellEnd"/>
      <w:r>
        <w:t xml:space="preserve"> </w:t>
      </w:r>
      <w:proofErr w:type="spellStart"/>
      <w:r>
        <w:t>egy</w:t>
      </w:r>
      <w:r>
        <w:rPr>
          <w:rFonts w:hint="cs"/>
        </w:rPr>
        <w:t>ü</w:t>
      </w:r>
      <w:r>
        <w:t>tt</w:t>
      </w:r>
      <w:proofErr w:type="spellEnd"/>
      <w:r>
        <w:t xml:space="preserve"> </w:t>
      </w:r>
      <w:proofErr w:type="spellStart"/>
      <w:r>
        <w:t>lenni</w:t>
      </w:r>
      <w:proofErr w:type="spellEnd"/>
      <w:r>
        <w:t>:</w:t>
      </w:r>
    </w:p>
    <w:p w14:paraId="55CAB085" w14:textId="77777777" w:rsidR="00AD6E4F" w:rsidRDefault="00AD6E4F" w:rsidP="00AD6E4F">
      <w:pPr>
        <w:spacing w:after="140"/>
      </w:pPr>
      <w:r>
        <w:t>1.</w:t>
      </w:r>
      <w:r w:rsidRPr="00AD6E4F">
        <w:t xml:space="preserve">______________________________________________    </w:t>
      </w:r>
      <w:bookmarkStart w:id="1" w:name="_Hlk239266645"/>
      <w:proofErr w:type="spellStart"/>
      <w:r>
        <w:t>Szavazatok</w:t>
      </w:r>
      <w:bookmarkEnd w:id="1"/>
      <w:proofErr w:type="spellEnd"/>
      <w:r>
        <w:t>: ______</w:t>
      </w:r>
    </w:p>
    <w:p w14:paraId="5BE2B096" w14:textId="77777777" w:rsidR="00AD6E4F" w:rsidRDefault="00AD6E4F" w:rsidP="00AD6E4F">
      <w:pPr>
        <w:spacing w:after="140"/>
      </w:pPr>
      <w:r>
        <w:t>2.</w:t>
      </w:r>
      <w:r w:rsidRPr="00AD6E4F">
        <w:t xml:space="preserve">______________________________________________    </w:t>
      </w:r>
      <w:proofErr w:type="spellStart"/>
      <w:r>
        <w:t>Szavazatok</w:t>
      </w:r>
      <w:proofErr w:type="spellEnd"/>
      <w:r>
        <w:t>: ______</w:t>
      </w:r>
    </w:p>
    <w:p w14:paraId="229D5544" w14:textId="77777777" w:rsidR="00AD6E4F" w:rsidRDefault="00AD6E4F" w:rsidP="00AD6E4F">
      <w:pPr>
        <w:spacing w:after="140"/>
      </w:pPr>
      <w:r>
        <w:t>3.</w:t>
      </w:r>
      <w:r w:rsidRPr="00AD6E4F">
        <w:t xml:space="preserve">______________________________________________    </w:t>
      </w:r>
      <w:proofErr w:type="spellStart"/>
      <w:r>
        <w:t>Szavazatok</w:t>
      </w:r>
      <w:proofErr w:type="spellEnd"/>
      <w:r>
        <w:t>: ______</w:t>
      </w:r>
    </w:p>
    <w:p w14:paraId="3F3F38B6" w14:textId="77777777" w:rsidR="00E06D94" w:rsidRDefault="00E06D94">
      <w:pPr>
        <w:rPr>
          <w:b/>
        </w:rPr>
      </w:pPr>
    </w:p>
    <w:p w14:paraId="08DCE554" w14:textId="3CC07B19" w:rsidR="00053D8E" w:rsidRDefault="002837CF">
      <w:r>
        <w:rPr>
          <w:b/>
        </w:rPr>
        <w:t>2. AZ OSZTÁLY SAJÁT JAVASLATA</w:t>
      </w:r>
    </w:p>
    <w:p w14:paraId="1D566FE8" w14:textId="77777777" w:rsidR="00053D8E" w:rsidRDefault="002837CF">
      <w:r>
        <w:t>A biztonságos, általános ötletgyűjtésben kiválasztott saját közösségi szabály:</w:t>
      </w:r>
    </w:p>
    <w:p w14:paraId="180FC717" w14:textId="77777777" w:rsidR="00053D8E" w:rsidRDefault="002837CF">
      <w:r>
        <w:t>__________________________________________________</w:t>
      </w:r>
    </w:p>
    <w:p w14:paraId="09DB495F" w14:textId="77777777" w:rsidR="00E06D94" w:rsidRDefault="00E06D94">
      <w:pPr>
        <w:rPr>
          <w:b/>
        </w:rPr>
      </w:pPr>
    </w:p>
    <w:p w14:paraId="30556C7D" w14:textId="776F74A8" w:rsidR="00053D8E" w:rsidRDefault="002837CF">
      <w:r>
        <w:rPr>
          <w:b/>
        </w:rPr>
        <w:t>3. HOL LEHET NEHEZEBB SEGÍTSÉGET TALÁLNI?</w:t>
      </w:r>
    </w:p>
    <w:p w14:paraId="582FB48D" w14:textId="77777777" w:rsidR="00A62FEC" w:rsidRDefault="00E218F6">
      <w:pPr>
        <w:spacing w:after="60"/>
      </w:pPr>
      <w:r>
        <w:rPr>
          <w:b/>
          <w:color w:val="012250"/>
          <w:sz w:val="25"/>
        </w:rPr>
        <w:t xml:space="preserve">A </w:t>
      </w:r>
      <w:proofErr w:type="spellStart"/>
      <w:r>
        <w:rPr>
          <w:b/>
          <w:color w:val="012250"/>
          <w:sz w:val="25"/>
        </w:rPr>
        <w:t>két</w:t>
      </w:r>
      <w:proofErr w:type="spellEnd"/>
      <w:r>
        <w:rPr>
          <w:b/>
          <w:color w:val="012250"/>
          <w:sz w:val="25"/>
        </w:rPr>
        <w:t xml:space="preserve"> </w:t>
      </w:r>
      <w:proofErr w:type="spellStart"/>
      <w:r>
        <w:rPr>
          <w:b/>
          <w:color w:val="012250"/>
          <w:sz w:val="25"/>
        </w:rPr>
        <w:t>legtöbbször</w:t>
      </w:r>
      <w:proofErr w:type="spellEnd"/>
      <w:r>
        <w:rPr>
          <w:b/>
          <w:color w:val="012250"/>
          <w:sz w:val="25"/>
        </w:rPr>
        <w:t xml:space="preserve"> </w:t>
      </w:r>
      <w:proofErr w:type="spellStart"/>
      <w:r>
        <w:rPr>
          <w:b/>
          <w:color w:val="012250"/>
          <w:sz w:val="25"/>
        </w:rPr>
        <w:t>jelölt</w:t>
      </w:r>
      <w:proofErr w:type="spellEnd"/>
      <w:r>
        <w:rPr>
          <w:b/>
          <w:color w:val="012250"/>
          <w:sz w:val="25"/>
        </w:rPr>
        <w:t xml:space="preserve"> </w:t>
      </w:r>
      <w:proofErr w:type="spellStart"/>
      <w:r>
        <w:rPr>
          <w:b/>
          <w:color w:val="012250"/>
          <w:sz w:val="25"/>
        </w:rPr>
        <w:t>hely</w:t>
      </w:r>
      <w:proofErr w:type="spellEnd"/>
      <w:r>
        <w:rPr>
          <w:b/>
          <w:color w:val="012250"/>
          <w:sz w:val="25"/>
        </w:rPr>
        <w:t>, ahol nehezebb lehet gyorsan felnőttet találni:</w:t>
      </w:r>
    </w:p>
    <w:p w14:paraId="392E6774" w14:textId="77777777" w:rsidR="00A62FEC" w:rsidRDefault="00E218F6">
      <w:bookmarkStart w:id="2" w:name="_Hlk239266594"/>
      <w:bookmarkEnd w:id="2"/>
      <w:r>
        <w:t>1. ______________________________________________    Jelölések: ______</w:t>
      </w:r>
    </w:p>
    <w:p w14:paraId="4443AC00" w14:textId="77777777" w:rsidR="00A62FEC" w:rsidRDefault="00E218F6">
      <w:pPr>
        <w:spacing w:after="140"/>
      </w:pPr>
      <w:r>
        <w:t>2. ______________________________________________    Jelölések: ______</w:t>
      </w:r>
    </w:p>
    <w:p w14:paraId="0AE8F235" w14:textId="77777777" w:rsidR="00E06D94" w:rsidRDefault="00E06D94">
      <w:pPr>
        <w:rPr>
          <w:b/>
        </w:rPr>
      </w:pPr>
    </w:p>
    <w:p w14:paraId="732A5430" w14:textId="3C9A6A33" w:rsidR="00053D8E" w:rsidRDefault="002837CF">
      <w:r>
        <w:rPr>
          <w:b/>
        </w:rPr>
        <w:t>4. MI SEGÍTENE A SEGÍTSÉGKÉRÉSBEN?</w:t>
      </w:r>
    </w:p>
    <w:p w14:paraId="39ECADA0" w14:textId="77777777" w:rsidR="00A62FEC" w:rsidRDefault="00E218F6">
      <w:pPr>
        <w:spacing w:after="60"/>
      </w:pPr>
      <w:r>
        <w:rPr>
          <w:b/>
          <w:color w:val="012250"/>
          <w:sz w:val="25"/>
        </w:rPr>
        <w:t>A három legtöbbször jelölt dolog, amely könnyebbé teheti a segítségkérést:</w:t>
      </w:r>
    </w:p>
    <w:p w14:paraId="47CD9416" w14:textId="77777777" w:rsidR="00A62FEC" w:rsidRDefault="00E218F6">
      <w:r>
        <w:t>1. ______________________________________________    Jelölések: ______</w:t>
      </w:r>
    </w:p>
    <w:p w14:paraId="34B6FC57" w14:textId="77777777" w:rsidR="00A62FEC" w:rsidRDefault="00E218F6">
      <w:r>
        <w:t>2. ______________________________________________    Jelölések: ______</w:t>
      </w:r>
    </w:p>
    <w:p w14:paraId="6AFB621B" w14:textId="77777777" w:rsidR="00A62FEC" w:rsidRDefault="00E218F6">
      <w:pPr>
        <w:rPr>
          <w:color w:val="1A1A1A"/>
        </w:rPr>
      </w:pPr>
      <w:r>
        <w:t>3. ______________________________________________    Jelölések: ______</w:t>
      </w:r>
    </w:p>
    <w:p w14:paraId="1E310F58" w14:textId="77777777" w:rsidR="00E06D94" w:rsidRDefault="00E06D94" w:rsidP="004463E1">
      <w:pPr>
        <w:rPr>
          <w:b/>
        </w:rPr>
      </w:pPr>
    </w:p>
    <w:p>
      <w:r>
        <w:br w:type="page"/>
      </w:r>
    </w:p>
    <w:p w14:paraId="1263F5E2" w14:textId="25A0A044" w:rsidR="004463E1" w:rsidRPr="004463E1" w:rsidRDefault="004463E1" w:rsidP="004463E1">
      <w:pPr>
        <w:rPr>
          <w:b/>
        </w:rPr>
      </w:pPr>
      <w:r w:rsidRPr="004463E1">
        <w:rPr>
          <w:b/>
        </w:rPr>
        <w:t xml:space="preserve">5. </w:t>
      </w:r>
      <w:r w:rsidRPr="004463E1">
        <w:rPr>
          <w:b/>
        </w:rPr>
        <w:t>MILYEN ÚJ TANÓRÁT JAVASOLTAK?</w:t>
      </w:r>
    </w:p>
    <w:p w14:paraId="03E408C3" w14:textId="1AE05125" w:rsidR="004463E1" w:rsidRPr="004463E1" w:rsidRDefault="004463E1" w:rsidP="004463E1">
      <w:pPr>
        <w:spacing w:after="60"/>
        <w:rPr>
          <w:b/>
          <w:color w:val="012250"/>
          <w:sz w:val="25"/>
        </w:rPr>
      </w:pPr>
      <w:r w:rsidRPr="004463E1">
        <w:rPr>
          <w:b/>
          <w:color w:val="012250"/>
          <w:sz w:val="25"/>
        </w:rPr>
        <w:t xml:space="preserve">A </w:t>
      </w:r>
      <w:proofErr w:type="spellStart"/>
      <w:r w:rsidRPr="004463E1">
        <w:rPr>
          <w:b/>
          <w:color w:val="012250"/>
          <w:sz w:val="25"/>
        </w:rPr>
        <w:t>két</w:t>
      </w:r>
      <w:proofErr w:type="spellEnd"/>
      <w:r w:rsidRPr="004463E1">
        <w:rPr>
          <w:b/>
          <w:color w:val="012250"/>
          <w:sz w:val="25"/>
        </w:rPr>
        <w:t xml:space="preserve"> </w:t>
      </w:r>
      <w:proofErr w:type="spellStart"/>
      <w:r w:rsidRPr="004463E1">
        <w:rPr>
          <w:b/>
          <w:color w:val="012250"/>
          <w:sz w:val="25"/>
        </w:rPr>
        <w:t>legtöbbször</w:t>
      </w:r>
      <w:proofErr w:type="spellEnd"/>
      <w:r w:rsidRPr="004463E1">
        <w:rPr>
          <w:b/>
          <w:color w:val="012250"/>
          <w:sz w:val="25"/>
        </w:rPr>
        <w:t xml:space="preserve"> </w:t>
      </w:r>
      <w:proofErr w:type="spellStart"/>
      <w:r w:rsidRPr="004463E1">
        <w:rPr>
          <w:b/>
          <w:color w:val="012250"/>
          <w:sz w:val="25"/>
        </w:rPr>
        <w:t>választott</w:t>
      </w:r>
      <w:proofErr w:type="spellEnd"/>
      <w:r w:rsidRPr="004463E1">
        <w:rPr>
          <w:b/>
          <w:color w:val="012250"/>
          <w:sz w:val="25"/>
        </w:rPr>
        <w:t xml:space="preserve"> </w:t>
      </w:r>
      <w:proofErr w:type="spellStart"/>
      <w:r w:rsidRPr="004463E1">
        <w:rPr>
          <w:b/>
          <w:color w:val="012250"/>
          <w:sz w:val="25"/>
        </w:rPr>
        <w:t>tanóra</w:t>
      </w:r>
      <w:proofErr w:type="spellEnd"/>
      <w:r w:rsidRPr="004463E1">
        <w:rPr>
          <w:b/>
          <w:color w:val="012250"/>
          <w:sz w:val="25"/>
        </w:rPr>
        <w:t>:</w:t>
      </w:r>
    </w:p>
    <w:p w14:paraId="5E30DD01" w14:textId="58B220EF" w:rsidR="004463E1" w:rsidRPr="004463E1" w:rsidRDefault="004463E1" w:rsidP="004463E1">
      <w:pPr>
        <w:rPr>
          <w:color w:val="1A1A1A"/>
        </w:rPr>
      </w:pPr>
      <w:r>
        <w:rPr>
          <w:color w:val="1A1A1A"/>
        </w:rPr>
        <w:t>1.</w:t>
      </w:r>
      <w:r w:rsidRPr="004463E1">
        <w:rPr>
          <w:color w:val="1A1A1A"/>
        </w:rPr>
        <w:t xml:space="preserve">______________________________________________ </w:t>
      </w:r>
      <w:proofErr w:type="spellStart"/>
      <w:r w:rsidRPr="004463E1">
        <w:rPr>
          <w:color w:val="1A1A1A"/>
        </w:rPr>
        <w:t>Jelölések</w:t>
      </w:r>
      <w:proofErr w:type="spellEnd"/>
      <w:r w:rsidRPr="004463E1">
        <w:rPr>
          <w:color w:val="1A1A1A"/>
        </w:rPr>
        <w:t>: ______</w:t>
      </w:r>
    </w:p>
    <w:p w14:paraId="48EF911B" w14:textId="730BE428" w:rsidR="00431EF5" w:rsidRDefault="004463E1" w:rsidP="004463E1">
      <w:pPr>
        <w:rPr>
          <w:color w:val="1A1A1A"/>
        </w:rPr>
      </w:pPr>
      <w:r>
        <w:rPr>
          <w:color w:val="1A1A1A"/>
        </w:rPr>
        <w:t>2.</w:t>
      </w:r>
      <w:r w:rsidRPr="004463E1">
        <w:rPr>
          <w:color w:val="1A1A1A"/>
        </w:rPr>
        <w:t xml:space="preserve">______________________________________________ </w:t>
      </w:r>
      <w:proofErr w:type="spellStart"/>
      <w:r w:rsidRPr="004463E1">
        <w:rPr>
          <w:color w:val="1A1A1A"/>
        </w:rPr>
        <w:t>Jelölés</w:t>
      </w:r>
      <w:r>
        <w:rPr>
          <w:color w:val="1A1A1A"/>
        </w:rPr>
        <w:t>ek</w:t>
      </w:r>
      <w:proofErr w:type="spellEnd"/>
      <w:r>
        <w:rPr>
          <w:color w:val="1A1A1A"/>
        </w:rPr>
        <w:t xml:space="preserve">: </w:t>
      </w:r>
      <w:r w:rsidRPr="004463E1">
        <w:rPr>
          <w:color w:val="1A1A1A"/>
        </w:rPr>
        <w:t>______</w:t>
      </w:r>
    </w:p>
    <w:p w14:paraId="6DB46CB3" w14:textId="77777777" w:rsidR="00E06D94" w:rsidRDefault="00E06D94" w:rsidP="001D7E1B">
      <w:pPr>
        <w:rPr>
          <w:b/>
        </w:rPr>
      </w:pPr>
    </w:p>
    <w:p w14:paraId="6A93CF8C" w14:textId="5B26771D" w:rsidR="001D7E1B" w:rsidRDefault="001D7E1B" w:rsidP="001D7E1B">
      <w:r>
        <w:rPr>
          <w:b/>
        </w:rPr>
        <w:t xml:space="preserve">6. </w:t>
      </w:r>
      <w:r w:rsidRPr="001D7E1B">
        <w:rPr>
          <w:b/>
        </w:rPr>
        <w:t>AMIT MI ÉS AZ ISKOLA FELNŐTTJEI TEHETÜNK</w:t>
      </w:r>
    </w:p>
    <w:p w14:paraId="4089ED7C" w14:textId="77777777" w:rsidR="001D7E1B" w:rsidRPr="001D7E1B" w:rsidRDefault="001D7E1B" w:rsidP="001D7E1B">
      <w:pPr>
        <w:spacing w:after="60"/>
        <w:rPr>
          <w:b/>
          <w:color w:val="012250"/>
          <w:sz w:val="25"/>
        </w:rPr>
      </w:pPr>
      <w:proofErr w:type="spellStart"/>
      <w:r w:rsidRPr="001D7E1B">
        <w:rPr>
          <w:b/>
          <w:color w:val="012250"/>
          <w:sz w:val="25"/>
        </w:rPr>
        <w:t>Ezt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az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egy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dolgot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választottuk</w:t>
      </w:r>
      <w:proofErr w:type="spellEnd"/>
      <w:r w:rsidRPr="001D7E1B">
        <w:rPr>
          <w:b/>
          <w:color w:val="012250"/>
          <w:sz w:val="25"/>
        </w:rPr>
        <w:t xml:space="preserve">, </w:t>
      </w:r>
      <w:proofErr w:type="spellStart"/>
      <w:r w:rsidRPr="001D7E1B">
        <w:rPr>
          <w:b/>
          <w:color w:val="012250"/>
          <w:sz w:val="25"/>
        </w:rPr>
        <w:t>amit</w:t>
      </w:r>
      <w:proofErr w:type="spellEnd"/>
      <w:r w:rsidRPr="001D7E1B">
        <w:rPr>
          <w:b/>
          <w:color w:val="012250"/>
          <w:sz w:val="25"/>
        </w:rPr>
        <w:t xml:space="preserve"> mi </w:t>
      </w:r>
      <w:proofErr w:type="spellStart"/>
      <w:r w:rsidRPr="001D7E1B">
        <w:rPr>
          <w:b/>
          <w:color w:val="012250"/>
          <w:sz w:val="25"/>
        </w:rPr>
        <w:t>biztonságosan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megtehetünk</w:t>
      </w:r>
      <w:proofErr w:type="spellEnd"/>
      <w:r w:rsidRPr="001D7E1B">
        <w:rPr>
          <w:b/>
          <w:color w:val="012250"/>
          <w:sz w:val="25"/>
        </w:rPr>
        <w:t xml:space="preserve"> </w:t>
      </w:r>
      <w:proofErr w:type="spellStart"/>
      <w:r w:rsidRPr="001D7E1B">
        <w:rPr>
          <w:b/>
          <w:color w:val="012250"/>
          <w:sz w:val="25"/>
        </w:rPr>
        <w:t>egymásért</w:t>
      </w:r>
      <w:proofErr w:type="spellEnd"/>
      <w:r w:rsidRPr="001D7E1B">
        <w:rPr>
          <w:b/>
          <w:color w:val="012250"/>
          <w:sz w:val="25"/>
        </w:rPr>
        <w:t>:</w:t>
      </w:r>
    </w:p>
    <w:p w14:paraId="06688771" w14:textId="5BE40D50" w:rsidR="001D7E1B" w:rsidRPr="001D7E1B" w:rsidRDefault="001D7E1B" w:rsidP="001D7E1B">
      <w:pPr>
        <w:spacing w:after="60"/>
        <w:rPr>
          <w:b/>
          <w:color w:val="012250"/>
          <w:sz w:val="25"/>
        </w:rPr>
      </w:pPr>
      <w:r>
        <w:t xml:space="preserve">______________________________________________    </w:t>
      </w:r>
    </w:p>
    <w:p w14:paraId="7320A1E9" w14:textId="77777777" w:rsidR="001D7E1B" w:rsidRPr="001D7E1B" w:rsidRDefault="001D7E1B" w:rsidP="001D7E1B">
      <w:pPr>
        <w:spacing w:after="60"/>
        <w:rPr>
          <w:b/>
          <w:color w:val="012250"/>
          <w:sz w:val="25"/>
        </w:rPr>
      </w:pPr>
      <w:proofErr w:type="spellStart"/>
      <w:r w:rsidRPr="001D7E1B">
        <w:rPr>
          <w:b/>
          <w:color w:val="012250"/>
          <w:sz w:val="25"/>
        </w:rPr>
        <w:t>Ezt az egy dolgot tartja az osztály a legfontosabbnak azok közül, amelyeket az iskola felnőttjei tehetnének a könnyebb segítségkérésért:</w:t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  <w:proofErr w:type="spellStart"/>
      <w:r w:rsidRPr="001D7E1B">
        <w:rPr>
          <w:b/>
          <w:color w:val="012250"/>
          <w:sz w:val="25"/>
        </w:rPr>
      </w:r>
      <w:proofErr w:type="spellEnd"/>
      <w:r w:rsidRPr="001D7E1B">
        <w:rPr>
          <w:b/>
          <w:color w:val="012250"/>
          <w:sz w:val="25"/>
        </w:rPr>
      </w:r>
    </w:p>
    <w:p w14:paraId="45F059C3" w14:textId="56DFAEFF" w:rsidR="001D7E1B" w:rsidRDefault="001D7E1B" w:rsidP="001D7E1B">
      <w:r>
        <w:t xml:space="preserve">______________________________________________    </w:t>
      </w:r>
    </w:p>
    <w:p>
      <w:pPr/>
      <w:r>
        <w:t>A második névtelen kérdés legtöbbször választott válasza alapján.</w:t>
      </w:r>
    </w:p>
    <w:p w14:paraId="4764944F" w14:textId="1CABAD00" w:rsidR="00E06D94" w:rsidRDefault="00E06D94"/>
    <w:p w14:paraId="0118AC79" w14:textId="77777777" w:rsidR="00E06D94" w:rsidRDefault="00E06D94"/>
    <w:p w14:paraId="56AD4C1E" w14:textId="3DBAEEB6" w:rsidR="001D7E1B" w:rsidRPr="00E06D94" w:rsidRDefault="00E06D94" w:rsidP="00E06D94">
      <w:pPr>
        <w:spacing w:before="160" w:after="100"/>
        <w:rPr>
          <w:b/>
          <w:color w:val="1A1A1A"/>
        </w:rPr>
      </w:pPr>
      <w:proofErr w:type="spellStart"/>
      <w:r w:rsidRPr="00E06D94">
        <w:rPr>
          <w:b/>
          <w:color w:val="1A1A1A"/>
        </w:rPr>
        <w:t>Nem</w:t>
      </w:r>
      <w:proofErr w:type="spellEnd"/>
      <w:r w:rsidRPr="00E06D94">
        <w:rPr>
          <w:b/>
          <w:color w:val="1A1A1A"/>
        </w:rPr>
        <w:t xml:space="preserve"> </w:t>
      </w:r>
      <w:r w:rsidRPr="00E06D94">
        <w:rPr>
          <w:b/>
          <w:color w:val="1A1A1A"/>
        </w:rPr>
        <w:t xml:space="preserve">a </w:t>
      </w:r>
      <w:proofErr w:type="spellStart"/>
      <w:r w:rsidRPr="00E06D94">
        <w:rPr>
          <w:b/>
          <w:color w:val="1A1A1A"/>
        </w:rPr>
        <w:t>gyerekeknek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kell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közbelépniük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vagy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megoldaniuk</w:t>
      </w:r>
      <w:proofErr w:type="spellEnd"/>
      <w:r w:rsidRPr="00E06D94">
        <w:rPr>
          <w:b/>
          <w:color w:val="1A1A1A"/>
        </w:rPr>
        <w:t xml:space="preserve"> a </w:t>
      </w:r>
      <w:proofErr w:type="spellStart"/>
      <w:r w:rsidRPr="00E06D94">
        <w:rPr>
          <w:b/>
          <w:color w:val="1A1A1A"/>
        </w:rPr>
        <w:t>bántalmazást</w:t>
      </w:r>
      <w:proofErr w:type="spellEnd"/>
      <w:r w:rsidRPr="00E06D94">
        <w:rPr>
          <w:b/>
          <w:color w:val="1A1A1A"/>
        </w:rPr>
        <w:t xml:space="preserve">. A </w:t>
      </w:r>
      <w:proofErr w:type="spellStart"/>
      <w:r w:rsidRPr="00E06D94">
        <w:rPr>
          <w:b/>
          <w:color w:val="1A1A1A"/>
        </w:rPr>
        <w:t>veszélyes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vagy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ismétlődő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helyzetek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kezelése</w:t>
      </w:r>
      <w:proofErr w:type="spellEnd"/>
      <w:r w:rsidRPr="00E06D94">
        <w:rPr>
          <w:b/>
          <w:color w:val="1A1A1A"/>
        </w:rPr>
        <w:t xml:space="preserve"> a </w:t>
      </w:r>
      <w:proofErr w:type="spellStart"/>
      <w:r w:rsidRPr="00E06D94">
        <w:rPr>
          <w:b/>
          <w:color w:val="1A1A1A"/>
        </w:rPr>
        <w:t>felnőttek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feladata</w:t>
      </w:r>
      <w:proofErr w:type="spellEnd"/>
      <w:r w:rsidRPr="00E06D94">
        <w:rPr>
          <w:b/>
          <w:color w:val="1A1A1A"/>
        </w:rPr>
        <w:t>.</w:t>
      </w:r>
      <w:r w:rsidRPr="00E06D94">
        <w:rPr>
          <w:b/>
          <w:color w:val="1A1A1A"/>
        </w:rPr>
        <w:t xml:space="preserve"> </w:t>
      </w:r>
    </w:p>
    <w:p w14:paraId="299E96D8" w14:textId="659D139A" w:rsidR="00431EF5" w:rsidRPr="00E06D94" w:rsidRDefault="00431EF5" w:rsidP="00E06D94">
      <w:pPr>
        <w:spacing w:before="160" w:after="100"/>
        <w:rPr>
          <w:b/>
          <w:color w:val="1A1A1A"/>
        </w:rPr>
      </w:pPr>
      <w:proofErr w:type="spellStart"/>
      <w:r w:rsidRPr="00E06D94">
        <w:rPr>
          <w:b/>
          <w:color w:val="1A1A1A"/>
        </w:rPr>
        <w:t>Ez</w:t>
      </w:r>
      <w:proofErr w:type="spellEnd"/>
      <w:r w:rsidRPr="00E06D94">
        <w:rPr>
          <w:b/>
          <w:color w:val="1A1A1A"/>
        </w:rPr>
        <w:t xml:space="preserve"> a lap </w:t>
      </w:r>
      <w:proofErr w:type="spellStart"/>
      <w:r w:rsidRPr="00E06D94">
        <w:rPr>
          <w:b/>
          <w:color w:val="1A1A1A"/>
        </w:rPr>
        <w:t>az</w:t>
      </w:r>
      <w:proofErr w:type="spellEnd"/>
      <w:r w:rsidRPr="00E06D94">
        <w:rPr>
          <w:b/>
          <w:color w:val="1A1A1A"/>
        </w:rPr>
        <w:t xml:space="preserve"> osztály közös eredménye. A lap </w:t>
      </w:r>
      <w:proofErr w:type="spellStart"/>
      <w:r w:rsidRPr="00E06D94">
        <w:rPr>
          <w:b/>
          <w:color w:val="1A1A1A"/>
        </w:rPr>
        <w:t>nem</w:t>
      </w:r>
      <w:proofErr w:type="spellEnd"/>
      <w:r w:rsidRPr="00E06D94">
        <w:rPr>
          <w:b/>
          <w:color w:val="1A1A1A"/>
        </w:rPr>
        <w:t xml:space="preserve"> </w:t>
      </w:r>
      <w:proofErr w:type="spellStart"/>
      <w:r w:rsidRPr="00E06D94">
        <w:rPr>
          <w:b/>
          <w:color w:val="1A1A1A"/>
        </w:rPr>
        <w:t>tartalmaz</w:t>
      </w:r>
      <w:proofErr w:type="spellEnd"/>
      <w:r w:rsidRPr="00E06D94">
        <w:rPr>
          <w:b/>
          <w:color w:val="1A1A1A"/>
        </w:rPr>
        <w:t xml:space="preserve"> egyéni történetet vagy tanulónevet.</w:t>
      </w:r>
    </w:p>
    <w:p w14:paraId="440DB4BC" w14:textId="77777777" w:rsidR="00431EF5" w:rsidRDefault="00431EF5"/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A62FEC" w14:paraId="685B5432" w14:textId="77777777">
        <w:trPr>
          <w:cantSplit/>
        </w:trPr>
        <w:tc>
          <w:tcPr>
            <w:tcW w:w="10540" w:type="dxa"/>
            <w:tcBorders>
              <w:top w:val="nil"/>
              <w:left w:val="single" w:sz="16" w:space="0" w:color="012250"/>
              <w:bottom w:val="nil"/>
              <w:right w:val="nil"/>
            </w:tcBorders>
            <w:shd w:val="clear" w:color="auto" w:fill="EEF1F4"/>
            <w:tcMar>
              <w:top w:w="70" w:type="dxa"/>
              <w:left w:w="130" w:type="dxa"/>
              <w:bottom w:w="70" w:type="dxa"/>
              <w:right w:w="100" w:type="dxa"/>
            </w:tcMar>
          </w:tcPr>
          <w:p w14:paraId="5CDB6916" w14:textId="77777777" w:rsidR="00A62FEC" w:rsidRDefault="00E218F6">
            <w:pPr>
              <w:spacing w:after="0"/>
            </w:pPr>
            <w:r>
              <w:rPr>
                <w:b/>
                <w:color w:val="012250"/>
              </w:rPr>
              <w:t>MIT JELEZZ VISSZA A CSOPORTNAK?</w:t>
            </w:r>
          </w:p>
        </w:tc>
      </w:tr>
    </w:tbl>
    <w:p w14:paraId="12B9EEE3" w14:textId="77777777" w:rsidR="00431EF5" w:rsidRPr="00431EF5" w:rsidRDefault="00431EF5" w:rsidP="00431EF5">
      <w:pPr>
        <w:rPr>
          <w:b/>
          <w:bCs/>
          <w:color w:val="1A1A1A"/>
        </w:rPr>
      </w:pPr>
      <w:r>
        <w:t>Ismertesd a három közösen választott szabályt, az osztály saját szabályjavaslatát, a két legtöbbször jelölt helyet, a három legtöbbször választott segítségkérési megoldást, a két legtöbbször választott új tanórát, a közös biztonságos vállalást és az iskola felnőttjeinek szóló kiemelt javaslatot. Egyéni választ vagy azonosítható információt ne ismertess.</w:t>
      </w:r>
    </w:p>
    <w:sectPr w:rsidR="00E218F6" w:rsidSect="00034616">
      <w:headerReference w:type="default" r:id="rId8"/>
      <w:footerReference w:type="default" r:id="rId9"/>
      <w:pgSz w:w="12240" w:h="15840"/>
      <w:pgMar w:top="680" w:right="850" w:bottom="680" w:left="850" w:header="283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B6D3" w14:textId="77777777" w:rsidR="003F3CEC" w:rsidRDefault="003F3CEC">
      <w:pPr>
        <w:spacing w:after="0" w:line="240" w:lineRule="auto"/>
      </w:pPr>
      <w:r>
        <w:separator/>
      </w:r>
    </w:p>
  </w:endnote>
  <w:endnote w:type="continuationSeparator" w:id="0">
    <w:p w14:paraId="265D6865" w14:textId="77777777" w:rsidR="003F3CEC" w:rsidRDefault="003F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0DDB" w14:textId="77777777" w:rsidR="00A62FEC" w:rsidRDefault="00E218F6">
    <w:pPr>
      <w:pStyle w:val="llb"/>
      <w:jc w:val="right"/>
    </w:pPr>
    <w:r>
      <w:rPr>
        <w:b/>
        <w:color w:val="666666"/>
        <w:sz w:val="20"/>
      </w:rPr>
      <w:t xml:space="preserve">BIZTONSÁGBAN AZ ISKOLÁBAN  |  NYOMTATHATÓ LAPOK  |  </w:t>
    </w:r>
    <w:r>
      <w:fldChar w:fldCharType="begin"/>
    </w:r>
    <w:r>
      <w:instrText xml:space="preserve"> PAGE </w:instrText>
    </w:r>
    <w:r>
      <w:fldChar w:fldCharType="separate"/>
    </w:r>
    <w:r w:rsidR="00AD6E4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B366" w14:textId="77777777" w:rsidR="003F3CEC" w:rsidRDefault="003F3CEC">
      <w:pPr>
        <w:spacing w:after="0" w:line="240" w:lineRule="auto"/>
      </w:pPr>
      <w:r>
        <w:separator/>
      </w:r>
    </w:p>
  </w:footnote>
  <w:footnote w:type="continuationSeparator" w:id="0">
    <w:p w14:paraId="0FE59F51" w14:textId="77777777" w:rsidR="003F3CEC" w:rsidRDefault="003F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6EAE5" w14:textId="77777777" w:rsidR="00A62FEC" w:rsidRDefault="00A62FE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2004BF"/>
    <w:multiLevelType w:val="hybridMultilevel"/>
    <w:tmpl w:val="BEE860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7585E"/>
    <w:multiLevelType w:val="hybridMultilevel"/>
    <w:tmpl w:val="FDE62F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469B"/>
    <w:rsid w:val="00034616"/>
    <w:rsid w:val="00053D8E"/>
    <w:rsid w:val="0006063C"/>
    <w:rsid w:val="000B4E77"/>
    <w:rsid w:val="0015074B"/>
    <w:rsid w:val="001D7E1B"/>
    <w:rsid w:val="002837CF"/>
    <w:rsid w:val="0029639D"/>
    <w:rsid w:val="002A6FA5"/>
    <w:rsid w:val="00326F90"/>
    <w:rsid w:val="003B153B"/>
    <w:rsid w:val="003F3CEC"/>
    <w:rsid w:val="00431EF5"/>
    <w:rsid w:val="004463E1"/>
    <w:rsid w:val="00557CB2"/>
    <w:rsid w:val="00570CFA"/>
    <w:rsid w:val="00587CB2"/>
    <w:rsid w:val="005E1854"/>
    <w:rsid w:val="00607323"/>
    <w:rsid w:val="00676B5A"/>
    <w:rsid w:val="006C53B1"/>
    <w:rsid w:val="007C6861"/>
    <w:rsid w:val="007F7EF2"/>
    <w:rsid w:val="008E7C97"/>
    <w:rsid w:val="00A26A45"/>
    <w:rsid w:val="00A277BF"/>
    <w:rsid w:val="00A62FEC"/>
    <w:rsid w:val="00AA1D8D"/>
    <w:rsid w:val="00AD6E4F"/>
    <w:rsid w:val="00B47730"/>
    <w:rsid w:val="00C82FCC"/>
    <w:rsid w:val="00CB0664"/>
    <w:rsid w:val="00DA60DA"/>
    <w:rsid w:val="00E0484D"/>
    <w:rsid w:val="00E06D94"/>
    <w:rsid w:val="00E218F6"/>
    <w:rsid w:val="00EF3360"/>
    <w:rsid w:val="00FC693F"/>
    <w:rsid w:val="00FF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33F5E4"/>
  <w14:defaultImageDpi w14:val="300"/>
  <w15:docId w15:val="{AA854F7F-7A78-44DB-BA69-5F271319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80" w:line="252" w:lineRule="auto"/>
    </w:pPr>
    <w:rPr>
      <w:rFonts w:ascii="Segoe UI" w:eastAsia="Segoe UI" w:hAnsi="Segoe UI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12250"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40B0A"/>
      <w:sz w:val="27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12250"/>
      <w:sz w:val="25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  <w:rPr>
      <w:rFonts w:ascii="Segoe UI" w:eastAsia="Segoe UI" w:hAnsi="Segoe UI"/>
    </w:rPr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  <w:rPr>
      <w:rFonts w:ascii="Segoe UI" w:eastAsia="Segoe UI" w:hAnsi="Segoe UI"/>
    </w:rPr>
  </w:style>
  <w:style w:type="paragraph" w:styleId="Nincstrkz">
    <w:name w:val="No Spacing"/>
    <w:uiPriority w:val="1"/>
    <w:qFormat/>
    <w:rsid w:val="00FC693F"/>
    <w:pPr>
      <w:spacing w:after="0" w:line="240" w:lineRule="auto"/>
    </w:pPr>
    <w:rPr>
      <w:rFonts w:ascii="Segoe UI" w:eastAsia="Segoe UI" w:hAnsi="Segoe UI"/>
    </w:r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012250"/>
      <w:spacing w:val="5"/>
      <w:kern w:val="28"/>
      <w:sz w:val="4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  <w:rPr>
      <w:rFonts w:ascii="Segoe UI" w:eastAsia="Segoe UI" w:hAnsi="Segoe UI"/>
    </w:rPr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  <w:rPr>
      <w:rFonts w:ascii="Segoe UI" w:eastAsia="Segoe UI" w:hAnsi="Segoe UI"/>
    </w:rPr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rFonts w:ascii="Segoe UI" w:eastAsia="Segoe UI" w:hAnsi="Segoe UI"/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Segoe UI" w:eastAsia="Segoe UI" w:hAnsi="Segoe UI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Segoe UI" w:eastAsia="Segoe UI" w:hAnsi="Segoe U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rFonts w:ascii="Segoe UI" w:eastAsia="Segoe UI" w:hAnsi="Segoe UI"/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rFonts w:ascii="Segoe UI" w:eastAsia="Segoe UI" w:hAnsi="Segoe UI"/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rFonts w:ascii="Segoe UI" w:eastAsia="Segoe UI" w:hAnsi="Segoe UI"/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rFonts w:ascii="Segoe UI" w:eastAsia="Segoe UI" w:hAnsi="Segoe UI"/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rFonts w:ascii="Segoe UI" w:eastAsia="Segoe UI" w:hAnsi="Segoe UI"/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rFonts w:ascii="Segoe UI" w:eastAsia="Segoe UI" w:hAnsi="Segoe UI"/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rFonts w:ascii="Segoe UI" w:eastAsia="Segoe UI" w:hAnsi="Segoe UI"/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rFonts w:ascii="Segoe UI" w:eastAsia="Segoe UI" w:hAnsi="Segoe UI"/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  <w:rPr>
      <w:rFonts w:ascii="Segoe UI" w:eastAsia="Segoe UI" w:hAnsi="Segoe UI"/>
    </w:r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rPr>
      <w:rFonts w:ascii="Segoe UI" w:eastAsia="Segoe UI" w:hAnsi="Segoe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rFonts w:ascii="Segoe UI" w:eastAsia="Segoe UI" w:hAnsi="Segoe UI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rPr>
      <w:rFonts w:ascii="Segoe UI" w:eastAsia="Segoe UI" w:hAnsi="Segoe U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rFonts w:ascii="Segoe UI" w:eastAsia="Segoe UI" w:hAnsi="Segoe UI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rFonts w:ascii="Segoe UI" w:eastAsia="Segoe UI" w:hAnsi="Segoe U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685</Words>
  <Characters>4729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helga gyurko</cp:lastModifiedBy>
  <cp:revision>43</cp:revision>
  <dcterms:created xsi:type="dcterms:W3CDTF">2013-12-23T23:15:00Z</dcterms:created>
  <dcterms:modified xsi:type="dcterms:W3CDTF">2026-09-05T06:03:00Z</dcterms:modified>
  <cp:category/>
</cp:coreProperties>
</file>