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A62FEC" w14:paraId="16B1D8CF" w14:textId="77777777">
        <w:trPr>
          <w:cantSplit/>
          <w:jc w:val="center"/>
        </w:trPr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C17FE" w14:textId="77777777" w:rsidR="00A62FEC" w:rsidRDefault="00E218F6">
            <w:pPr>
              <w:spacing w:after="0"/>
            </w:pPr>
            <w:r>
              <w:rPr>
                <w:b/>
                <w:color w:val="FFFFFF"/>
              </w:rPr>
              <w:lastRenderedPageBreak/>
              <w:t>DIÁKOK HANGJA</w:t>
            </w:r>
          </w:p>
        </w:tc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1590C" w14:textId="77777777" w:rsidR="00A62FEC" w:rsidRDefault="00E218F6">
            <w:pPr>
              <w:spacing w:after="0"/>
              <w:jc w:val="right"/>
            </w:pPr>
            <w:r>
              <w:rPr>
                <w:b/>
                <w:color w:val="FFFFFF"/>
              </w:rPr>
              <w:t>NÉVTELEN JELÖLŐLAP</w:t>
            </w:r>
          </w:p>
        </w:tc>
      </w:tr>
    </w:tbl>
    <w:p w14:paraId="722E2FA3" w14:textId="20D1C31B" w:rsidR="00DA60DA" w:rsidRPr="006C53B1" w:rsidRDefault="00E218F6">
      <w:pPr>
        <w:spacing w:before="160" w:after="100"/>
        <w:rPr>
          <w:b/>
          <w:color w:val="1A1A1A"/>
        </w:rPr>
      </w:pPr>
      <w:r>
        <w:rPr>
          <w:b/>
          <w:color w:val="1A1A1A"/>
        </w:rPr>
        <w:t xml:space="preserve">Ne </w:t>
      </w:r>
      <w:proofErr w:type="spellStart"/>
      <w:r>
        <w:rPr>
          <w:b/>
          <w:color w:val="1A1A1A"/>
        </w:rPr>
        <w:t>írd</w:t>
      </w:r>
      <w:proofErr w:type="spellEnd"/>
      <w:r>
        <w:rPr>
          <w:b/>
          <w:color w:val="1A1A1A"/>
        </w:rPr>
        <w:t xml:space="preserve"> </w:t>
      </w:r>
      <w:proofErr w:type="spellStart"/>
      <w:r>
        <w:rPr>
          <w:b/>
          <w:color w:val="1A1A1A"/>
        </w:rPr>
        <w:t>rá</w:t>
      </w:r>
      <w:proofErr w:type="spellEnd"/>
      <w:r>
        <w:rPr>
          <w:b/>
          <w:color w:val="1A1A1A"/>
        </w:rPr>
        <w:t xml:space="preserve"> a </w:t>
      </w:r>
      <w:proofErr w:type="spellStart"/>
      <w:r>
        <w:rPr>
          <w:b/>
          <w:color w:val="1A1A1A"/>
        </w:rPr>
        <w:t>neved</w:t>
      </w:r>
      <w:proofErr w:type="spellEnd"/>
      <w:r>
        <w:rPr>
          <w:b/>
          <w:color w:val="1A1A1A"/>
        </w:rPr>
        <w:t xml:space="preserve">. Nem kell megmutatnod más gyereknek, mit jelöltél. A </w:t>
      </w:r>
      <w:proofErr w:type="spellStart"/>
      <w:r w:rsidR="00DA60DA">
        <w:rPr>
          <w:b/>
          <w:color w:val="1A1A1A"/>
        </w:rPr>
        <w:t>tanárod</w:t>
      </w:r>
      <w:proofErr w:type="spellEnd"/>
      <w:r>
        <w:rPr>
          <w:b/>
          <w:color w:val="1A1A1A"/>
        </w:rPr>
        <w:t xml:space="preserve"> </w:t>
      </w:r>
      <w:proofErr w:type="spellStart"/>
      <w:r>
        <w:rPr>
          <w:b/>
          <w:color w:val="1A1A1A"/>
        </w:rPr>
        <w:t>felolvassa</w:t>
      </w:r>
      <w:proofErr w:type="spellEnd"/>
      <w:r>
        <w:rPr>
          <w:b/>
          <w:color w:val="1A1A1A"/>
        </w:rPr>
        <w:t xml:space="preserve"> a </w:t>
      </w:r>
      <w:proofErr w:type="spellStart"/>
      <w:r>
        <w:rPr>
          <w:b/>
          <w:color w:val="1A1A1A"/>
        </w:rPr>
        <w:t>kérdéseket</w:t>
      </w:r>
      <w:proofErr w:type="spellEnd"/>
      <w:r>
        <w:rPr>
          <w:b/>
          <w:color w:val="1A1A1A"/>
        </w:rPr>
        <w:t xml:space="preserve"> </w:t>
      </w:r>
      <w:proofErr w:type="spellStart"/>
      <w:r>
        <w:rPr>
          <w:b/>
          <w:color w:val="1A1A1A"/>
        </w:rPr>
        <w:t>és</w:t>
      </w:r>
      <w:proofErr w:type="spellEnd"/>
      <w:r>
        <w:rPr>
          <w:b/>
          <w:color w:val="1A1A1A"/>
        </w:rPr>
        <w:t xml:space="preserve"> a </w:t>
      </w:r>
      <w:proofErr w:type="spellStart"/>
      <w:r>
        <w:rPr>
          <w:b/>
          <w:color w:val="1A1A1A"/>
        </w:rPr>
        <w:t>válaszokat</w:t>
      </w:r>
      <w:proofErr w:type="spellEnd"/>
      <w:r>
        <w:rPr>
          <w:b/>
          <w:color w:val="1A1A1A"/>
        </w:rPr>
        <w:t>.</w:t>
      </w:r>
    </w:p>
    <w:p w14:paraId="3AE3E59E" w14:textId="77777777" w:rsidR="00557CB2" w:rsidRDefault="00557CB2">
      <w:pPr>
        <w:spacing w:before="40" w:after="40"/>
        <w:rPr>
          <w:b/>
          <w:color w:val="012250"/>
          <w:sz w:val="25"/>
        </w:rPr>
      </w:pPr>
    </w:p>
    <w:p w14:paraId="3FD4931A" w14:textId="02A97B17" w:rsidR="00A62FEC" w:rsidRDefault="00E218F6">
      <w:pPr>
        <w:spacing w:before="40" w:after="40"/>
      </w:pPr>
      <w:r>
        <w:rPr>
          <w:b/>
          <w:color w:val="012250"/>
          <w:sz w:val="25"/>
        </w:rPr>
        <w:t>1. Szerinted hol lehet nehezebb gyorsan felnőttet találni, ha segítség kell?</w:t>
      </w:r>
    </w:p>
    <w:p w14:paraId="591C2E86" w14:textId="77777777" w:rsidR="00A62FEC" w:rsidRDefault="00E218F6">
      <w:pPr>
        <w:spacing w:after="60"/>
      </w:pPr>
      <w:r>
        <w:rPr>
          <w:b/>
          <w:color w:val="840B0A"/>
        </w:rPr>
        <w:t>Legfeljebb KÉT négyzetbe tegyél X-et.</w:t>
      </w:r>
    </w:p>
    <w:p w14:paraId="2931C1F8" w14:textId="77777777" w:rsidR="00A62FEC" w:rsidRDefault="00E218F6">
      <w:pPr>
        <w:spacing w:after="20"/>
      </w:pPr>
      <w:r>
        <w:rPr>
          <w:color w:val="1A1A1A"/>
        </w:rPr>
        <w:t>☐  folyosón vagy lépcsőn</w:t>
      </w:r>
    </w:p>
    <w:p w14:paraId="74EB0129" w14:textId="77777777" w:rsidR="00A62FEC" w:rsidRDefault="00E218F6">
      <w:pPr>
        <w:spacing w:after="20"/>
      </w:pPr>
      <w:r>
        <w:rPr>
          <w:color w:val="1A1A1A"/>
        </w:rPr>
        <w:t>☐  udvaron</w:t>
      </w:r>
    </w:p>
    <w:p w14:paraId="76987954" w14:textId="77777777" w:rsidR="00A62FEC" w:rsidRDefault="00E218F6">
      <w:pPr>
        <w:spacing w:after="20"/>
      </w:pPr>
      <w:r>
        <w:rPr>
          <w:color w:val="1A1A1A"/>
        </w:rPr>
        <w:t>☐  öltöző vagy mosdó környékén</w:t>
      </w:r>
    </w:p>
    <w:p w14:paraId="52737A09" w14:textId="77777777" w:rsidR="00A62FEC" w:rsidRDefault="00E218F6">
      <w:pPr>
        <w:spacing w:after="20"/>
      </w:pPr>
      <w:r>
        <w:rPr>
          <w:color w:val="1A1A1A"/>
        </w:rPr>
        <w:t>☐  ebédlőben</w:t>
      </w:r>
    </w:p>
    <w:p w14:paraId="331D821D" w14:textId="77777777" w:rsidR="00A62FEC" w:rsidRDefault="00E218F6">
      <w:pPr>
        <w:spacing w:after="20"/>
      </w:pPr>
      <w:r>
        <w:rPr>
          <w:color w:val="1A1A1A"/>
        </w:rPr>
        <w:t>☐  érkezéskor vagy hazamenetelkor</w:t>
      </w:r>
    </w:p>
    <w:p w14:paraId="0E155A05" w14:textId="77777777" w:rsidR="00A62FEC" w:rsidRDefault="00E218F6">
      <w:pPr>
        <w:spacing w:after="20"/>
      </w:pPr>
      <w:r>
        <w:rPr>
          <w:color w:val="1A1A1A"/>
        </w:rPr>
        <w:t>☐  más helyen</w:t>
      </w:r>
    </w:p>
    <w:p w14:paraId="5252C33A" w14:textId="0CE74F16" w:rsidR="00DA60DA" w:rsidRPr="006C53B1" w:rsidRDefault="00E218F6" w:rsidP="006C53B1">
      <w:pPr>
        <w:spacing w:after="20"/>
      </w:pPr>
      <w:proofErr w:type="gramStart"/>
      <w:r>
        <w:rPr>
          <w:color w:val="1A1A1A"/>
        </w:rPr>
        <w:t xml:space="preserve">☐  </w:t>
      </w:r>
      <w:proofErr w:type="spellStart"/>
      <w:r>
        <w:rPr>
          <w:color w:val="1A1A1A"/>
        </w:rPr>
        <w:t>nem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tudom</w:t>
      </w:r>
      <w:proofErr w:type="spellEnd"/>
    </w:p>
    <w:p w14:paraId="67E62D09" w14:textId="70E668E3" w:rsidR="00A62FEC" w:rsidRDefault="00E218F6">
      <w:pPr>
        <w:spacing w:before="140" w:after="40"/>
      </w:pPr>
      <w:r>
        <w:rPr>
          <w:b/>
          <w:color w:val="012250"/>
          <w:sz w:val="25"/>
        </w:rPr>
        <w:t>2. Szerinted mi segítene annak a gyereknek, aki segítséget szeretne kérni?</w:t>
      </w:r>
    </w:p>
    <w:p w14:paraId="045A97CD" w14:textId="77777777" w:rsidR="00A62FEC" w:rsidRDefault="00E218F6">
      <w:pPr>
        <w:spacing w:after="60"/>
      </w:pPr>
      <w:r>
        <w:rPr>
          <w:b/>
          <w:color w:val="840B0A"/>
        </w:rPr>
        <w:t>Legfeljebb HÁROM négyzetbe tegyél X-et.</w:t>
      </w:r>
    </w:p>
    <w:p w14:paraId="227E4BAC" w14:textId="77777777" w:rsidR="00A62FEC" w:rsidRDefault="00E218F6">
      <w:pPr>
        <w:spacing w:after="20"/>
      </w:pPr>
      <w:r>
        <w:rPr>
          <w:color w:val="1A1A1A"/>
        </w:rPr>
        <w:t>☐  pontosan tudná, melyik két felnőttet keresheti</w:t>
      </w:r>
    </w:p>
    <w:p w14:paraId="6229C1CD" w14:textId="77777777" w:rsidR="00A62FEC" w:rsidRDefault="00E218F6">
      <w:pPr>
        <w:spacing w:after="20"/>
      </w:pPr>
      <w:r>
        <w:rPr>
          <w:color w:val="1A1A1A"/>
        </w:rPr>
        <w:t>☐  tudná, hol találja őket</w:t>
      </w:r>
    </w:p>
    <w:p w14:paraId="76FCB7C7" w14:textId="77777777" w:rsidR="00A62FEC" w:rsidRDefault="00E218F6">
      <w:pPr>
        <w:spacing w:after="20"/>
      </w:pPr>
      <w:r>
        <w:rPr>
          <w:color w:val="1A1A1A"/>
        </w:rPr>
        <w:t>☐  kettesben beszélhetne egy felnőttel</w:t>
      </w:r>
    </w:p>
    <w:p w14:paraId="5823331F" w14:textId="77777777" w:rsidR="00A62FEC" w:rsidRDefault="00E218F6">
      <w:pPr>
        <w:spacing w:after="20"/>
      </w:pPr>
      <w:r>
        <w:rPr>
          <w:color w:val="1A1A1A"/>
        </w:rPr>
        <w:t>☐  egy barát elkísérhetné</w:t>
      </w:r>
    </w:p>
    <w:p w14:paraId="596D0068" w14:textId="77777777" w:rsidR="00A62FEC" w:rsidRDefault="00E218F6">
      <w:pPr>
        <w:spacing w:after="20"/>
      </w:pPr>
      <w:r>
        <w:rPr>
          <w:color w:val="1A1A1A"/>
        </w:rPr>
        <w:t>☐  előre tudná, mi fog történni, ha szól</w:t>
      </w:r>
    </w:p>
    <w:p w14:paraId="45B56EF2" w14:textId="77777777" w:rsidR="00A62FEC" w:rsidRDefault="00E218F6">
      <w:pPr>
        <w:spacing w:after="20"/>
      </w:pPr>
      <w:r>
        <w:rPr>
          <w:color w:val="1A1A1A"/>
        </w:rPr>
        <w:t>☐  a felnőtt később is megkérdezné, megszűnt-e a bántás</w:t>
      </w:r>
    </w:p>
    <w:p w14:paraId="5DE13FC8" w14:textId="403196FE" w:rsidR="00DA60DA" w:rsidRDefault="00E218F6">
      <w:pPr>
        <w:spacing w:after="20"/>
        <w:rPr>
          <w:color w:val="1A1A1A"/>
        </w:rPr>
      </w:pPr>
      <w:proofErr w:type="gramStart"/>
      <w:r>
        <w:rPr>
          <w:color w:val="1A1A1A"/>
        </w:rPr>
        <w:t xml:space="preserve">☐  </w:t>
      </w:r>
      <w:proofErr w:type="spellStart"/>
      <w:r>
        <w:rPr>
          <w:color w:val="1A1A1A"/>
        </w:rPr>
        <w:t>nem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tudom</w:t>
      </w:r>
      <w:proofErr w:type="spellEnd"/>
      <w:r w:rsidR="007F7EF2">
        <w:rPr>
          <w:color w:val="1A1A1A"/>
        </w:rPr>
        <w:t xml:space="preserve"> </w:t>
      </w:r>
    </w:p>
    <w:p w14:paraId="71F1B8BE" w14:textId="1652AA57" w:rsidR="006C53B1" w:rsidRPr="006C53B1" w:rsidRDefault="006C53B1" w:rsidP="006C53B1">
      <w:pPr>
        <w:spacing w:before="140" w:after="40"/>
        <w:rPr>
          <w:b/>
          <w:color w:val="012250"/>
          <w:sz w:val="25"/>
        </w:rPr>
      </w:pPr>
      <w:r>
        <w:rPr>
          <w:b/>
          <w:color w:val="012250"/>
          <w:sz w:val="25"/>
        </w:rPr>
        <w:t xml:space="preserve">3. </w:t>
      </w:r>
      <w:proofErr w:type="spellStart"/>
      <w:r w:rsidRPr="006C53B1">
        <w:rPr>
          <w:b/>
          <w:color w:val="012250"/>
          <w:sz w:val="25"/>
        </w:rPr>
        <w:t>Melyik</w:t>
      </w:r>
      <w:proofErr w:type="spellEnd"/>
      <w:r w:rsidRPr="006C53B1">
        <w:rPr>
          <w:b/>
          <w:color w:val="012250"/>
          <w:sz w:val="25"/>
        </w:rPr>
        <w:t xml:space="preserve"> </w:t>
      </w:r>
      <w:proofErr w:type="spellStart"/>
      <w:r w:rsidRPr="006C53B1">
        <w:rPr>
          <w:b/>
          <w:color w:val="012250"/>
          <w:sz w:val="25"/>
        </w:rPr>
        <w:t>új</w:t>
      </w:r>
      <w:proofErr w:type="spellEnd"/>
      <w:r w:rsidRPr="006C53B1">
        <w:rPr>
          <w:b/>
          <w:color w:val="012250"/>
          <w:sz w:val="25"/>
        </w:rPr>
        <w:t xml:space="preserve"> </w:t>
      </w:r>
      <w:proofErr w:type="spellStart"/>
      <w:r w:rsidRPr="006C53B1">
        <w:rPr>
          <w:b/>
          <w:color w:val="012250"/>
          <w:sz w:val="25"/>
        </w:rPr>
        <w:t>tanóra</w:t>
      </w:r>
      <w:proofErr w:type="spellEnd"/>
      <w:r w:rsidRPr="006C53B1">
        <w:rPr>
          <w:b/>
          <w:color w:val="012250"/>
          <w:sz w:val="25"/>
        </w:rPr>
        <w:t xml:space="preserve"> </w:t>
      </w:r>
      <w:proofErr w:type="spellStart"/>
      <w:r w:rsidRPr="006C53B1">
        <w:rPr>
          <w:b/>
          <w:color w:val="012250"/>
          <w:sz w:val="25"/>
        </w:rPr>
        <w:t>segítene</w:t>
      </w:r>
      <w:proofErr w:type="spellEnd"/>
      <w:r w:rsidRPr="006C53B1">
        <w:rPr>
          <w:b/>
          <w:color w:val="012250"/>
          <w:sz w:val="25"/>
        </w:rPr>
        <w:t xml:space="preserve"> </w:t>
      </w:r>
      <w:proofErr w:type="spellStart"/>
      <w:r w:rsidRPr="006C53B1">
        <w:rPr>
          <w:b/>
          <w:color w:val="012250"/>
          <w:sz w:val="25"/>
        </w:rPr>
        <w:t>szerinted</w:t>
      </w:r>
      <w:proofErr w:type="spellEnd"/>
      <w:r w:rsidRPr="006C53B1">
        <w:rPr>
          <w:b/>
          <w:color w:val="012250"/>
          <w:sz w:val="25"/>
        </w:rPr>
        <w:t xml:space="preserve"> </w:t>
      </w:r>
      <w:proofErr w:type="spellStart"/>
      <w:r w:rsidRPr="006C53B1">
        <w:rPr>
          <w:b/>
          <w:color w:val="012250"/>
          <w:sz w:val="25"/>
        </w:rPr>
        <w:t>abban</w:t>
      </w:r>
      <w:proofErr w:type="spellEnd"/>
      <w:r w:rsidRPr="006C53B1">
        <w:rPr>
          <w:b/>
          <w:color w:val="012250"/>
          <w:sz w:val="25"/>
        </w:rPr>
        <w:t xml:space="preserve">, </w:t>
      </w:r>
      <w:proofErr w:type="spellStart"/>
      <w:r w:rsidRPr="006C53B1">
        <w:rPr>
          <w:b/>
          <w:color w:val="012250"/>
          <w:sz w:val="25"/>
        </w:rPr>
        <w:t>hogy</w:t>
      </w:r>
      <w:proofErr w:type="spellEnd"/>
      <w:r w:rsidRPr="006C53B1">
        <w:rPr>
          <w:b/>
          <w:color w:val="012250"/>
          <w:sz w:val="25"/>
        </w:rPr>
        <w:t xml:space="preserve"> a </w:t>
      </w:r>
      <w:proofErr w:type="spellStart"/>
      <w:r w:rsidRPr="006C53B1">
        <w:rPr>
          <w:b/>
          <w:color w:val="012250"/>
          <w:sz w:val="25"/>
        </w:rPr>
        <w:t>gyerekek</w:t>
      </w:r>
      <w:proofErr w:type="spellEnd"/>
      <w:r w:rsidRPr="006C53B1">
        <w:rPr>
          <w:b/>
          <w:color w:val="012250"/>
          <w:sz w:val="25"/>
        </w:rPr>
        <w:t xml:space="preserve"> </w:t>
      </w:r>
      <w:proofErr w:type="spellStart"/>
      <w:r w:rsidRPr="006C53B1">
        <w:rPr>
          <w:b/>
          <w:color w:val="012250"/>
          <w:sz w:val="25"/>
        </w:rPr>
        <w:t>jobban</w:t>
      </w:r>
      <w:proofErr w:type="spellEnd"/>
      <w:r w:rsidRPr="006C53B1">
        <w:rPr>
          <w:b/>
          <w:color w:val="012250"/>
          <w:sz w:val="25"/>
        </w:rPr>
        <w:t xml:space="preserve"> </w:t>
      </w:r>
      <w:proofErr w:type="spellStart"/>
      <w:r w:rsidRPr="006C53B1">
        <w:rPr>
          <w:b/>
          <w:color w:val="012250"/>
          <w:sz w:val="25"/>
        </w:rPr>
        <w:t>tudják</w:t>
      </w:r>
      <w:proofErr w:type="spellEnd"/>
      <w:r w:rsidRPr="006C53B1">
        <w:rPr>
          <w:b/>
          <w:color w:val="012250"/>
          <w:sz w:val="25"/>
        </w:rPr>
        <w:t xml:space="preserve"> </w:t>
      </w:r>
      <w:proofErr w:type="spellStart"/>
      <w:r w:rsidRPr="006C53B1">
        <w:rPr>
          <w:b/>
          <w:color w:val="012250"/>
          <w:sz w:val="25"/>
        </w:rPr>
        <w:t>kezelni</w:t>
      </w:r>
      <w:proofErr w:type="spellEnd"/>
      <w:r w:rsidRPr="006C53B1">
        <w:rPr>
          <w:b/>
          <w:color w:val="012250"/>
          <w:sz w:val="25"/>
        </w:rPr>
        <w:t xml:space="preserve"> a </w:t>
      </w:r>
      <w:proofErr w:type="spellStart"/>
      <w:r w:rsidRPr="006C53B1">
        <w:rPr>
          <w:b/>
          <w:color w:val="012250"/>
          <w:sz w:val="25"/>
        </w:rPr>
        <w:t>nehéz</w:t>
      </w:r>
      <w:proofErr w:type="spellEnd"/>
      <w:r w:rsidRPr="006C53B1">
        <w:rPr>
          <w:b/>
          <w:color w:val="012250"/>
          <w:sz w:val="25"/>
        </w:rPr>
        <w:t xml:space="preserve"> </w:t>
      </w:r>
      <w:proofErr w:type="spellStart"/>
      <w:r w:rsidRPr="006C53B1">
        <w:rPr>
          <w:b/>
          <w:color w:val="012250"/>
          <w:sz w:val="25"/>
        </w:rPr>
        <w:t>helyzeteket</w:t>
      </w:r>
      <w:proofErr w:type="spellEnd"/>
      <w:r w:rsidRPr="006C53B1">
        <w:rPr>
          <w:b/>
          <w:color w:val="012250"/>
          <w:sz w:val="25"/>
        </w:rPr>
        <w:t>?</w:t>
      </w:r>
    </w:p>
    <w:p w14:paraId="0C7E086B" w14:textId="2A013F54" w:rsidR="006C53B1" w:rsidRPr="006C53B1" w:rsidRDefault="006C53B1" w:rsidP="006C53B1">
      <w:pPr>
        <w:spacing w:after="60"/>
        <w:rPr>
          <w:b/>
          <w:color w:val="840B0A"/>
        </w:rPr>
      </w:pPr>
      <w:proofErr w:type="spellStart"/>
      <w:r w:rsidRPr="006C53B1">
        <w:rPr>
          <w:b/>
          <w:color w:val="840B0A"/>
        </w:rPr>
        <w:t>Legfeljebb</w:t>
      </w:r>
      <w:proofErr w:type="spellEnd"/>
      <w:r w:rsidRPr="006C53B1">
        <w:rPr>
          <w:b/>
          <w:color w:val="840B0A"/>
        </w:rPr>
        <w:t xml:space="preserve"> KÉT </w:t>
      </w:r>
      <w:proofErr w:type="spellStart"/>
      <w:r w:rsidRPr="006C53B1">
        <w:rPr>
          <w:b/>
          <w:color w:val="840B0A"/>
        </w:rPr>
        <w:t>négyzetbe</w:t>
      </w:r>
      <w:proofErr w:type="spellEnd"/>
      <w:r w:rsidRPr="006C53B1">
        <w:rPr>
          <w:b/>
          <w:color w:val="840B0A"/>
        </w:rPr>
        <w:t xml:space="preserve"> </w:t>
      </w:r>
      <w:proofErr w:type="spellStart"/>
      <w:r w:rsidRPr="006C53B1">
        <w:rPr>
          <w:b/>
          <w:color w:val="840B0A"/>
        </w:rPr>
        <w:t>tegyél</w:t>
      </w:r>
      <w:proofErr w:type="spellEnd"/>
      <w:r w:rsidRPr="006C53B1">
        <w:rPr>
          <w:b/>
          <w:color w:val="840B0A"/>
        </w:rPr>
        <w:t xml:space="preserve"> X-et.</w:t>
      </w:r>
    </w:p>
    <w:p w14:paraId="5A15A5B2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oldjunk</w:t>
      </w:r>
      <w:proofErr w:type="spellEnd"/>
      <w:r>
        <w:t xml:space="preserve"> meg </w:t>
      </w:r>
      <w:proofErr w:type="spellStart"/>
      <w:r>
        <w:t>egy</w:t>
      </w:r>
      <w:proofErr w:type="spellEnd"/>
      <w:r>
        <w:t xml:space="preserve"> </w:t>
      </w:r>
      <w:proofErr w:type="spellStart"/>
      <w:r>
        <w:t>vitát</w:t>
      </w:r>
      <w:proofErr w:type="spellEnd"/>
      <w:r>
        <w:t>?</w:t>
      </w:r>
    </w:p>
    <w:p w14:paraId="0B8279AE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álljak</w:t>
      </w:r>
      <w:proofErr w:type="spellEnd"/>
      <w:r>
        <w:t xml:space="preserve"> ki </w:t>
      </w:r>
      <w:proofErr w:type="spellStart"/>
      <w:r>
        <w:t>magamért</w:t>
      </w:r>
      <w:proofErr w:type="spellEnd"/>
      <w:r>
        <w:t xml:space="preserve"> </w:t>
      </w:r>
      <w:proofErr w:type="spellStart"/>
      <w:r>
        <w:t>úgy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ne </w:t>
      </w:r>
      <w:proofErr w:type="spellStart"/>
      <w:r>
        <w:t>bántsak</w:t>
      </w:r>
      <w:proofErr w:type="spellEnd"/>
      <w:r>
        <w:t xml:space="preserve"> </w:t>
      </w:r>
      <w:proofErr w:type="spellStart"/>
      <w:r>
        <w:t>mást</w:t>
      </w:r>
      <w:proofErr w:type="spellEnd"/>
      <w:r>
        <w:t>?</w:t>
      </w:r>
    </w:p>
    <w:p w14:paraId="2782BDC9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tehetek</w:t>
      </w:r>
      <w:proofErr w:type="spellEnd"/>
      <w:r>
        <w:t xml:space="preserve">, ha </w:t>
      </w:r>
      <w:proofErr w:type="spellStart"/>
      <w:r>
        <w:t>valakit</w:t>
      </w:r>
      <w:proofErr w:type="spellEnd"/>
      <w:r>
        <w:t xml:space="preserve"> </w:t>
      </w:r>
      <w:proofErr w:type="spellStart"/>
      <w:r>
        <w:t>bántanak</w:t>
      </w:r>
      <w:proofErr w:type="spellEnd"/>
      <w:r>
        <w:t>?</w:t>
      </w:r>
    </w:p>
    <w:p w14:paraId="5DB79CFD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kérjek</w:t>
      </w:r>
      <w:proofErr w:type="spellEnd"/>
      <w:r>
        <w:t xml:space="preserve"> </w:t>
      </w:r>
      <w:proofErr w:type="spellStart"/>
      <w:r>
        <w:t>segítséget</w:t>
      </w:r>
      <w:proofErr w:type="spellEnd"/>
      <w:r>
        <w:t>?</w:t>
      </w:r>
    </w:p>
    <w:p w14:paraId="680E6EFF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legyen</w:t>
      </w:r>
      <w:proofErr w:type="spellEnd"/>
      <w:r>
        <w:t xml:space="preserve"> </w:t>
      </w:r>
      <w:proofErr w:type="spellStart"/>
      <w:r>
        <w:t>jobb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osztályközösség</w:t>
      </w:r>
      <w:proofErr w:type="spellEnd"/>
      <w:r>
        <w:t>?</w:t>
      </w:r>
    </w:p>
    <w:p w14:paraId="0CC52BB8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Biztonság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interneten</w:t>
      </w:r>
      <w:proofErr w:type="spellEnd"/>
    </w:p>
    <w:p w14:paraId="032AE7B9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Más </w:t>
      </w:r>
      <w:proofErr w:type="spellStart"/>
      <w:r>
        <w:t>új</w:t>
      </w:r>
      <w:proofErr w:type="spellEnd"/>
      <w:r>
        <w:t xml:space="preserve"> </w:t>
      </w:r>
      <w:proofErr w:type="spellStart"/>
      <w:r>
        <w:t>tanórát</w:t>
      </w:r>
      <w:proofErr w:type="spellEnd"/>
      <w:r>
        <w:t xml:space="preserve"> </w:t>
      </w:r>
      <w:proofErr w:type="spellStart"/>
      <w:r>
        <w:t>javasolnék</w:t>
      </w:r>
      <w:proofErr w:type="spellEnd"/>
      <w:r>
        <w:t>: ______________________________</w:t>
      </w:r>
    </w:p>
    <w:p w14:paraId="59488303" w14:textId="20084853" w:rsidR="00DA60DA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Egyiket</w:t>
      </w:r>
      <w:proofErr w:type="spellEnd"/>
      <w:r>
        <w:t xml:space="preserve"> </w:t>
      </w:r>
      <w:proofErr w:type="spellStart"/>
      <w:r>
        <w:t>sem</w:t>
      </w:r>
      <w:proofErr w:type="spellEnd"/>
    </w:p>
    <w:p w14:paraId="0E68508A" w14:textId="77777777" w:rsidR="006C53B1" w:rsidRDefault="006C53B1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A62FEC" w14:paraId="484ACFE1" w14:textId="77777777">
        <w:trPr>
          <w:cantSplit/>
        </w:trPr>
        <w:tc>
          <w:tcPr>
            <w:tcW w:w="10540" w:type="dxa"/>
            <w:tcBorders>
              <w:top w:val="nil"/>
              <w:left w:val="single" w:sz="16" w:space="0" w:color="840B0A"/>
              <w:bottom w:val="nil"/>
              <w:right w:val="nil"/>
            </w:tcBorders>
            <w:shd w:val="clear" w:color="auto" w:fill="F7EEEE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06D8DAB4" w14:textId="77777777" w:rsidR="00A62FEC" w:rsidRDefault="00E218F6">
            <w:pPr>
              <w:spacing w:after="0"/>
            </w:pPr>
            <w:bookmarkStart w:id="0" w:name="_Hlk239487771"/>
            <w:r>
              <w:rPr>
                <w:b/>
                <w:color w:val="840B0A"/>
              </w:rPr>
              <w:t>FONTOS</w:t>
            </w:r>
          </w:p>
        </w:tc>
      </w:tr>
    </w:tbl>
    <w:bookmarkEnd w:id="0"/>
    <w:p w14:paraId="7915D62F" w14:textId="40E43C19" w:rsidR="00A62FEC" w:rsidRDefault="00E218F6">
      <w:proofErr w:type="spellStart"/>
      <w:r>
        <w:rPr>
          <w:color w:val="1A1A1A"/>
        </w:rPr>
        <w:t>Ez</w:t>
      </w:r>
      <w:proofErr w:type="spellEnd"/>
      <w:r>
        <w:rPr>
          <w:color w:val="1A1A1A"/>
        </w:rPr>
        <w:t xml:space="preserve"> a lap </w:t>
      </w:r>
      <w:proofErr w:type="spellStart"/>
      <w:r>
        <w:rPr>
          <w:color w:val="1A1A1A"/>
        </w:rPr>
        <w:t>nem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esetbejelentő</w:t>
      </w:r>
      <w:proofErr w:type="spellEnd"/>
      <w:r>
        <w:rPr>
          <w:color w:val="1A1A1A"/>
        </w:rPr>
        <w:t xml:space="preserve"> lap</w:t>
      </w:r>
      <w:r w:rsidR="00DA60DA">
        <w:rPr>
          <w:color w:val="1A1A1A"/>
        </w:rPr>
        <w:t>, h</w:t>
      </w:r>
      <w:r>
        <w:rPr>
          <w:color w:val="1A1A1A"/>
        </w:rPr>
        <w:t xml:space="preserve">a </w:t>
      </w:r>
      <w:proofErr w:type="spellStart"/>
      <w:r>
        <w:rPr>
          <w:color w:val="1A1A1A"/>
        </w:rPr>
        <w:t>veled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vagy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mással</w:t>
      </w:r>
      <w:proofErr w:type="spellEnd"/>
      <w:r>
        <w:rPr>
          <w:color w:val="1A1A1A"/>
        </w:rPr>
        <w:t xml:space="preserve"> most </w:t>
      </w:r>
      <w:proofErr w:type="spellStart"/>
      <w:r>
        <w:rPr>
          <w:color w:val="1A1A1A"/>
        </w:rPr>
        <w:t>történik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valami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ami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miatt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segítség</w:t>
      </w:r>
      <w:proofErr w:type="spellEnd"/>
      <w:r>
        <w:rPr>
          <w:color w:val="1A1A1A"/>
        </w:rPr>
        <w:t xml:space="preserve"> kell, </w:t>
      </w:r>
      <w:r w:rsidRPr="008E7C97">
        <w:rPr>
          <w:color w:val="1A1A1A"/>
        </w:rPr>
        <w:t>külön</w:t>
      </w:r>
      <w:r>
        <w:rPr>
          <w:color w:val="1A1A1A"/>
        </w:rPr>
        <w:t xml:space="preserve"> szólj egy felnőttnek.</w:t>
      </w:r>
    </w:p>
    <w:sectPr w:rsidR="00E218F6" w:rsidSect="00034616">
      <w:headerReference w:type="default" r:id="rId8"/>
      <w:footerReference w:type="default" r:id="rId9"/>
      <w:pgSz w:w="12240" w:h="15840"/>
      <w:pgMar w:top="680" w:right="850" w:bottom="68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