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A62FEC" w14:paraId="0CCD7140" w14:textId="77777777">
        <w:trPr>
          <w:cantSplit/>
          <w:jc w:val="center"/>
        </w:trPr>
        <w:tc>
          <w:tcPr>
            <w:tcW w:w="5270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423D52" w14:textId="77777777" w:rsidR="00A62FEC" w:rsidRDefault="00E218F6">
            <w:pPr>
              <w:spacing w:after="0"/>
            </w:pPr>
            <w:r>
              <w:rPr>
                <w:b/>
                <w:color w:val="FFFFFF"/>
              </w:rPr>
              <w:t>TANULÓI LAP</w:t>
            </w:r>
          </w:p>
        </w:tc>
        <w:tc>
          <w:tcPr>
            <w:tcW w:w="5270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376FEA" w14:textId="77777777" w:rsidR="00A62FEC" w:rsidRDefault="00E218F6">
            <w:pPr>
              <w:spacing w:after="0"/>
              <w:jc w:val="right"/>
            </w:pPr>
            <w:r>
              <w:rPr>
                <w:b/>
                <w:color w:val="FFFFFF"/>
              </w:rPr>
              <w:t>5 RÖVID KÉRDÉS</w:t>
            </w:r>
          </w:p>
        </w:tc>
      </w:tr>
    </w:tbl>
    <w:p w14:paraId="7F6527B8" w14:textId="77777777" w:rsidR="00C82FCC" w:rsidRDefault="00C82FCC">
      <w:pPr>
        <w:spacing w:before="160" w:after="100"/>
        <w:rPr>
          <w:b/>
          <w:color w:val="1A1A1A"/>
        </w:rPr>
      </w:pPr>
    </w:p>
    <w:p w14:paraId="407E66DD" w14:textId="0CED1C59" w:rsidR="00A62FEC" w:rsidRDefault="00E218F6">
      <w:pPr>
        <w:spacing w:before="160" w:after="100"/>
        <w:rPr>
          <w:b/>
          <w:color w:val="1A1A1A"/>
        </w:rPr>
      </w:pPr>
      <w:r>
        <w:rPr>
          <w:b/>
          <w:color w:val="1A1A1A"/>
        </w:rPr>
        <w:t xml:space="preserve">Ne </w:t>
      </w:r>
      <w:proofErr w:type="spellStart"/>
      <w:r>
        <w:rPr>
          <w:b/>
          <w:color w:val="1A1A1A"/>
        </w:rPr>
        <w:t>írd</w:t>
      </w:r>
      <w:proofErr w:type="spellEnd"/>
      <w:r>
        <w:rPr>
          <w:b/>
          <w:color w:val="1A1A1A"/>
        </w:rPr>
        <w:t xml:space="preserve"> </w:t>
      </w:r>
      <w:proofErr w:type="spellStart"/>
      <w:r>
        <w:rPr>
          <w:b/>
          <w:color w:val="1A1A1A"/>
        </w:rPr>
        <w:t>rá</w:t>
      </w:r>
      <w:proofErr w:type="spellEnd"/>
      <w:r>
        <w:rPr>
          <w:b/>
          <w:color w:val="1A1A1A"/>
        </w:rPr>
        <w:t xml:space="preserve"> a </w:t>
      </w:r>
      <w:proofErr w:type="spellStart"/>
      <w:r>
        <w:rPr>
          <w:b/>
          <w:color w:val="1A1A1A"/>
        </w:rPr>
        <w:t>neved</w:t>
      </w:r>
      <w:proofErr w:type="spellEnd"/>
      <w:r>
        <w:rPr>
          <w:b/>
          <w:color w:val="1A1A1A"/>
        </w:rPr>
        <w:t xml:space="preserve">. A </w:t>
      </w:r>
      <w:proofErr w:type="spellStart"/>
      <w:r w:rsidR="00C82FCC">
        <w:rPr>
          <w:b/>
          <w:color w:val="1A1A1A"/>
        </w:rPr>
        <w:t>tanárod</w:t>
      </w:r>
      <w:proofErr w:type="spellEnd"/>
      <w:r>
        <w:rPr>
          <w:b/>
          <w:color w:val="1A1A1A"/>
        </w:rPr>
        <w:t xml:space="preserve"> </w:t>
      </w:r>
      <w:proofErr w:type="spellStart"/>
      <w:r>
        <w:rPr>
          <w:b/>
          <w:color w:val="1A1A1A"/>
        </w:rPr>
        <w:t>felolvassa</w:t>
      </w:r>
      <w:proofErr w:type="spellEnd"/>
      <w:r>
        <w:rPr>
          <w:b/>
          <w:color w:val="1A1A1A"/>
        </w:rPr>
        <w:t xml:space="preserve"> a </w:t>
      </w:r>
      <w:proofErr w:type="spellStart"/>
      <w:r>
        <w:rPr>
          <w:b/>
          <w:color w:val="1A1A1A"/>
        </w:rPr>
        <w:t>mondatokat</w:t>
      </w:r>
      <w:proofErr w:type="spellEnd"/>
      <w:r>
        <w:rPr>
          <w:b/>
          <w:color w:val="1A1A1A"/>
        </w:rPr>
        <w:t xml:space="preserve">. Minden </w:t>
      </w:r>
      <w:proofErr w:type="spellStart"/>
      <w:r>
        <w:rPr>
          <w:b/>
          <w:color w:val="1A1A1A"/>
        </w:rPr>
        <w:t>sorban</w:t>
      </w:r>
      <w:proofErr w:type="spellEnd"/>
      <w:r>
        <w:rPr>
          <w:b/>
          <w:color w:val="1A1A1A"/>
        </w:rPr>
        <w:t xml:space="preserve"> </w:t>
      </w:r>
      <w:proofErr w:type="spellStart"/>
      <w:r>
        <w:rPr>
          <w:b/>
          <w:color w:val="1A1A1A"/>
        </w:rPr>
        <w:t>egy</w:t>
      </w:r>
      <w:proofErr w:type="spellEnd"/>
      <w:r>
        <w:rPr>
          <w:b/>
          <w:color w:val="1A1A1A"/>
        </w:rPr>
        <w:t xml:space="preserve"> </w:t>
      </w:r>
      <w:proofErr w:type="spellStart"/>
      <w:r>
        <w:rPr>
          <w:b/>
          <w:color w:val="1A1A1A"/>
        </w:rPr>
        <w:t>négyzetbe</w:t>
      </w:r>
      <w:proofErr w:type="spellEnd"/>
      <w:r>
        <w:rPr>
          <w:b/>
          <w:color w:val="1A1A1A"/>
        </w:rPr>
        <w:t xml:space="preserve"> </w:t>
      </w:r>
      <w:proofErr w:type="spellStart"/>
      <w:r>
        <w:rPr>
          <w:b/>
          <w:color w:val="1A1A1A"/>
        </w:rPr>
        <w:t>tegyél</w:t>
      </w:r>
      <w:proofErr w:type="spellEnd"/>
      <w:r>
        <w:rPr>
          <w:b/>
          <w:color w:val="1A1A1A"/>
        </w:rPr>
        <w:t xml:space="preserve"> X-et.</w:t>
      </w:r>
    </w:p>
    <w:p w14:paraId="0178A8B7" w14:textId="77777777" w:rsidR="00C82FCC" w:rsidRDefault="00C82FCC">
      <w:pPr>
        <w:spacing w:before="160" w:after="10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83"/>
        <w:gridCol w:w="1134"/>
        <w:gridCol w:w="1984"/>
        <w:gridCol w:w="1639"/>
      </w:tblGrid>
      <w:tr w:rsidR="00A62FEC" w14:paraId="55DC8F60" w14:textId="77777777">
        <w:trPr>
          <w:cantSplit/>
          <w:tblHeader/>
          <w:jc w:val="center"/>
        </w:trPr>
        <w:tc>
          <w:tcPr>
            <w:tcW w:w="5783" w:type="dxa"/>
            <w:shd w:val="clear" w:color="auto" w:fill="012250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C3CF21E" w14:textId="77777777" w:rsidR="00A62FEC" w:rsidRDefault="00E218F6">
            <w:pPr>
              <w:jc w:val="center"/>
            </w:pPr>
            <w:r>
              <w:rPr>
                <w:b/>
                <w:color w:val="FFFFFF"/>
              </w:rPr>
              <w:t>MONDAT</w:t>
            </w:r>
          </w:p>
        </w:tc>
        <w:tc>
          <w:tcPr>
            <w:tcW w:w="1134" w:type="dxa"/>
            <w:shd w:val="clear" w:color="auto" w:fill="012250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9214DD3" w14:textId="77777777" w:rsidR="00A62FEC" w:rsidRDefault="00E218F6">
            <w:pPr>
              <w:jc w:val="center"/>
            </w:pPr>
            <w:r>
              <w:rPr>
                <w:b/>
                <w:color w:val="FFFFFF"/>
              </w:rPr>
              <w:t>IGEN</w:t>
            </w:r>
          </w:p>
        </w:tc>
        <w:tc>
          <w:tcPr>
            <w:tcW w:w="1984" w:type="dxa"/>
            <w:shd w:val="clear" w:color="auto" w:fill="012250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DB38B30" w14:textId="77777777" w:rsidR="00A62FEC" w:rsidRDefault="00E218F6">
            <w:pPr>
              <w:jc w:val="center"/>
            </w:pPr>
            <w:r>
              <w:rPr>
                <w:b/>
                <w:color w:val="FFFFFF"/>
              </w:rPr>
              <w:t>NEM VAGYOK</w:t>
            </w:r>
            <w:r>
              <w:rPr>
                <w:b/>
                <w:color w:val="FFFFFF"/>
              </w:rPr>
              <w:br/>
              <w:t>BIZTOS BENNE</w:t>
            </w:r>
          </w:p>
        </w:tc>
        <w:tc>
          <w:tcPr>
            <w:tcW w:w="1134" w:type="dxa"/>
            <w:gridSpan w:val="2"/>
            <w:shd w:val="clear" w:color="auto" w:fill="012250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BEFB417" w14:textId="77777777" w:rsidR="00A62FEC" w:rsidRDefault="00E218F6">
            <w:pPr>
              <w:jc w:val="center"/>
            </w:pPr>
            <w:r>
              <w:rPr>
                <w:b/>
                <w:color w:val="FFFFFF"/>
              </w:rPr>
              <w:t>NEM</w:t>
            </w:r>
          </w:p>
        </w:tc>
      </w:tr>
      <w:tr w:rsidR="00A62FEC" w14:paraId="011B1205" w14:textId="77777777">
        <w:trPr>
          <w:cantSplit/>
          <w:jc w:val="center"/>
        </w:trPr>
        <w:tc>
          <w:tcPr>
            <w:tcW w:w="5783" w:type="dxa"/>
            <w:shd w:val="clear" w:color="auto" w:fill="F8F8F7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0975387C" w14:textId="77777777" w:rsidR="00A62FEC" w:rsidRDefault="00E218F6">
            <w:r>
              <w:rPr>
                <w:color w:val="1A1A1A"/>
              </w:rPr>
              <w:t>Tudom, melyik felnőttnek szólhatok, ha engem vagy mást újra és újra bántanak.</w:t>
            </w:r>
          </w:p>
        </w:tc>
        <w:tc>
          <w:tcPr>
            <w:tcW w:w="1134" w:type="dxa"/>
            <w:shd w:val="clear" w:color="auto" w:fill="F8F8F7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7104A205" w14:textId="77777777" w:rsidR="00A62FEC" w:rsidRDefault="00E218F6">
            <w:pPr>
              <w:jc w:val="center"/>
            </w:pPr>
            <w:r>
              <w:rPr>
                <w:color w:val="012250"/>
                <w:sz w:val="36"/>
              </w:rPr>
              <w:t>☐</w:t>
            </w:r>
          </w:p>
        </w:tc>
        <w:tc>
          <w:tcPr>
            <w:tcW w:w="1984" w:type="dxa"/>
            <w:shd w:val="clear" w:color="auto" w:fill="F8F8F7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59C883C4" w14:textId="77777777" w:rsidR="00A62FEC" w:rsidRDefault="00E218F6">
            <w:pPr>
              <w:jc w:val="center"/>
            </w:pPr>
            <w:r>
              <w:rPr>
                <w:color w:val="012250"/>
                <w:sz w:val="36"/>
              </w:rPr>
              <w:t>☐</w:t>
            </w:r>
          </w:p>
        </w:tc>
        <w:tc>
          <w:tcPr>
            <w:tcW w:w="1134" w:type="dxa"/>
            <w:gridSpan w:val="2"/>
            <w:shd w:val="clear" w:color="auto" w:fill="F8F8F7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7C73CA0B" w14:textId="77777777" w:rsidR="00A62FEC" w:rsidRDefault="00E218F6">
            <w:pPr>
              <w:jc w:val="center"/>
            </w:pPr>
            <w:r>
              <w:rPr>
                <w:color w:val="012250"/>
                <w:sz w:val="36"/>
              </w:rPr>
              <w:t>☐</w:t>
            </w:r>
          </w:p>
        </w:tc>
      </w:tr>
      <w:tr w:rsidR="00A62FEC" w14:paraId="74FB7952" w14:textId="77777777">
        <w:trPr>
          <w:cantSplit/>
          <w:jc w:val="center"/>
        </w:trPr>
        <w:tc>
          <w:tcPr>
            <w:tcW w:w="5783" w:type="dxa"/>
            <w:shd w:val="clear" w:color="auto" w:fill="EEEEEC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068EED69" w14:textId="77777777" w:rsidR="00A62FEC" w:rsidRDefault="00E218F6">
            <w:r>
              <w:rPr>
                <w:color w:val="1A1A1A"/>
              </w:rPr>
              <w:t>Tudom, hogyan kérhetek segítséget az iskolában.</w:t>
            </w:r>
          </w:p>
        </w:tc>
        <w:tc>
          <w:tcPr>
            <w:tcW w:w="1134" w:type="dxa"/>
            <w:shd w:val="clear" w:color="auto" w:fill="EEEEEC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34369356" w14:textId="77777777" w:rsidR="00A62FEC" w:rsidRDefault="00E218F6">
            <w:pPr>
              <w:jc w:val="center"/>
            </w:pPr>
            <w:r>
              <w:rPr>
                <w:color w:val="012250"/>
                <w:sz w:val="36"/>
              </w:rPr>
              <w:t>☐</w:t>
            </w:r>
          </w:p>
        </w:tc>
        <w:tc>
          <w:tcPr>
            <w:tcW w:w="1984" w:type="dxa"/>
            <w:shd w:val="clear" w:color="auto" w:fill="EEEEEC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2CBF2670" w14:textId="77777777" w:rsidR="00A62FEC" w:rsidRDefault="00E218F6">
            <w:pPr>
              <w:jc w:val="center"/>
            </w:pPr>
            <w:r>
              <w:rPr>
                <w:color w:val="012250"/>
                <w:sz w:val="36"/>
              </w:rPr>
              <w:t>☐</w:t>
            </w:r>
          </w:p>
        </w:tc>
        <w:tc>
          <w:tcPr>
            <w:tcW w:w="1134" w:type="dxa"/>
            <w:gridSpan w:val="2"/>
            <w:shd w:val="clear" w:color="auto" w:fill="EEEEEC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3C326939" w14:textId="77777777" w:rsidR="00A62FEC" w:rsidRDefault="00E218F6">
            <w:pPr>
              <w:jc w:val="center"/>
            </w:pPr>
            <w:r>
              <w:rPr>
                <w:color w:val="012250"/>
                <w:sz w:val="36"/>
              </w:rPr>
              <w:t>☐</w:t>
            </w:r>
          </w:p>
        </w:tc>
      </w:tr>
      <w:tr w:rsidR="00A62FEC" w14:paraId="23833BD1" w14:textId="77777777">
        <w:trPr>
          <w:cantSplit/>
          <w:jc w:val="center"/>
        </w:trPr>
        <w:tc>
          <w:tcPr>
            <w:tcW w:w="5783" w:type="dxa"/>
            <w:shd w:val="clear" w:color="auto" w:fill="F8F8F7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6E6A3D91" w14:textId="77777777" w:rsidR="00A62FEC" w:rsidRDefault="00E218F6">
            <w:r>
              <w:rPr>
                <w:color w:val="1A1A1A"/>
              </w:rPr>
              <w:t>Tudom, mi történik azután, hogy szóltam.</w:t>
            </w:r>
          </w:p>
        </w:tc>
        <w:tc>
          <w:tcPr>
            <w:tcW w:w="1134" w:type="dxa"/>
            <w:shd w:val="clear" w:color="auto" w:fill="F8F8F7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7CC8CA66" w14:textId="77777777" w:rsidR="00A62FEC" w:rsidRDefault="00E218F6">
            <w:pPr>
              <w:jc w:val="center"/>
            </w:pPr>
            <w:r>
              <w:rPr>
                <w:color w:val="012250"/>
                <w:sz w:val="36"/>
              </w:rPr>
              <w:t>☐</w:t>
            </w:r>
          </w:p>
        </w:tc>
        <w:tc>
          <w:tcPr>
            <w:tcW w:w="1984" w:type="dxa"/>
            <w:shd w:val="clear" w:color="auto" w:fill="F8F8F7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3E09AC75" w14:textId="77777777" w:rsidR="00A62FEC" w:rsidRDefault="00E218F6">
            <w:pPr>
              <w:jc w:val="center"/>
            </w:pPr>
            <w:r>
              <w:rPr>
                <w:color w:val="012250"/>
                <w:sz w:val="36"/>
              </w:rPr>
              <w:t>☐</w:t>
            </w:r>
          </w:p>
        </w:tc>
        <w:tc>
          <w:tcPr>
            <w:tcW w:w="1134" w:type="dxa"/>
            <w:gridSpan w:val="2"/>
            <w:shd w:val="clear" w:color="auto" w:fill="F8F8F7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1429D2A8" w14:textId="77777777" w:rsidR="00A62FEC" w:rsidRDefault="00E218F6">
            <w:pPr>
              <w:jc w:val="center"/>
            </w:pPr>
            <w:r>
              <w:rPr>
                <w:color w:val="012250"/>
                <w:sz w:val="36"/>
              </w:rPr>
              <w:t>☐</w:t>
            </w:r>
          </w:p>
        </w:tc>
      </w:tr>
      <w:tr w:rsidR="00A62FEC" w14:paraId="4BA426BE" w14:textId="77777777">
        <w:trPr>
          <w:cantSplit/>
          <w:jc w:val="center"/>
        </w:trPr>
        <w:tc>
          <w:tcPr>
            <w:tcW w:w="5783" w:type="dxa"/>
            <w:shd w:val="clear" w:color="auto" w:fill="EEEEEC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7C9A9105" w14:textId="77777777" w:rsidR="00A62FEC" w:rsidRDefault="00E218F6">
            <w:r>
              <w:rPr>
                <w:color w:val="1A1A1A"/>
              </w:rPr>
              <w:t>Azt gondolom, hogy komolyan vennének és segítenének, ha szólnék.</w:t>
            </w:r>
          </w:p>
        </w:tc>
        <w:tc>
          <w:tcPr>
            <w:tcW w:w="1134" w:type="dxa"/>
            <w:shd w:val="clear" w:color="auto" w:fill="EEEEEC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50BA73B0" w14:textId="77777777" w:rsidR="00A62FEC" w:rsidRDefault="00E218F6">
            <w:pPr>
              <w:jc w:val="center"/>
            </w:pPr>
            <w:r>
              <w:rPr>
                <w:color w:val="012250"/>
                <w:sz w:val="36"/>
              </w:rPr>
              <w:t>☐</w:t>
            </w:r>
          </w:p>
        </w:tc>
        <w:tc>
          <w:tcPr>
            <w:tcW w:w="1984" w:type="dxa"/>
            <w:shd w:val="clear" w:color="auto" w:fill="EEEEEC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1BF4FEFB" w14:textId="77777777" w:rsidR="00A62FEC" w:rsidRDefault="00E218F6">
            <w:pPr>
              <w:jc w:val="center"/>
            </w:pPr>
            <w:r>
              <w:rPr>
                <w:color w:val="012250"/>
                <w:sz w:val="36"/>
              </w:rPr>
              <w:t>☐</w:t>
            </w:r>
          </w:p>
        </w:tc>
        <w:tc>
          <w:tcPr>
            <w:tcW w:w="1134" w:type="dxa"/>
            <w:gridSpan w:val="2"/>
            <w:shd w:val="clear" w:color="auto" w:fill="EEEEEC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20E6A712" w14:textId="77777777" w:rsidR="00A62FEC" w:rsidRDefault="00E218F6">
            <w:pPr>
              <w:jc w:val="center"/>
            </w:pPr>
            <w:r>
              <w:rPr>
                <w:color w:val="012250"/>
                <w:sz w:val="36"/>
              </w:rPr>
              <w:t>☐</w:t>
            </w:r>
          </w:p>
        </w:tc>
      </w:tr>
      <w:tr w:rsidR="00A62FEC" w14:paraId="6794DA9D" w14:textId="77777777">
        <w:trPr>
          <w:cantSplit/>
          <w:jc w:val="center"/>
        </w:trPr>
        <w:tc>
          <w:tcPr>
            <w:tcW w:w="5783" w:type="dxa"/>
            <w:shd w:val="clear" w:color="auto" w:fill="F8F8F7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736F329E" w14:textId="77777777" w:rsidR="00A62FEC" w:rsidRDefault="00E218F6">
            <w:r>
              <w:rPr>
                <w:color w:val="1A1A1A"/>
              </w:rPr>
              <w:t>Tudom, mit tehetek, ha egy másik gyereket bántanak, úgy, hogy én se kerüljek veszélybe.</w:t>
            </w:r>
          </w:p>
        </w:tc>
        <w:tc>
          <w:tcPr>
            <w:tcW w:w="1134" w:type="dxa"/>
            <w:shd w:val="clear" w:color="auto" w:fill="F8F8F7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0BF5D14F" w14:textId="77777777" w:rsidR="00A62FEC" w:rsidRDefault="00E218F6">
            <w:pPr>
              <w:jc w:val="center"/>
            </w:pPr>
            <w:r>
              <w:rPr>
                <w:color w:val="012250"/>
                <w:sz w:val="36"/>
              </w:rPr>
              <w:t>☐</w:t>
            </w:r>
          </w:p>
        </w:tc>
        <w:tc>
          <w:tcPr>
            <w:tcW w:w="1984" w:type="dxa"/>
            <w:shd w:val="clear" w:color="auto" w:fill="F8F8F7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706B8B8E" w14:textId="77777777" w:rsidR="00A62FEC" w:rsidRDefault="00E218F6">
            <w:pPr>
              <w:jc w:val="center"/>
            </w:pPr>
            <w:r>
              <w:rPr>
                <w:color w:val="012250"/>
                <w:sz w:val="36"/>
              </w:rPr>
              <w:t>☐</w:t>
            </w:r>
          </w:p>
        </w:tc>
        <w:tc>
          <w:tcPr>
            <w:tcW w:w="1134" w:type="dxa"/>
            <w:gridSpan w:val="2"/>
            <w:shd w:val="clear" w:color="auto" w:fill="F8F8F7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68D5A7D7" w14:textId="77777777" w:rsidR="00A62FEC" w:rsidRDefault="00E218F6">
            <w:pPr>
              <w:jc w:val="center"/>
            </w:pPr>
            <w:r>
              <w:rPr>
                <w:color w:val="012250"/>
                <w:sz w:val="36"/>
              </w:rPr>
              <w:t>☐</w:t>
            </w:r>
          </w:p>
        </w:tc>
      </w:tr>
      <w:tr w:rsidR="00C82FCC" w14:paraId="6F0B9A34" w14:textId="77777777" w:rsidTr="00C82FCC">
        <w:trPr>
          <w:cantSplit/>
          <w:jc w:val="center"/>
        </w:trPr>
        <w:tc>
          <w:tcPr>
            <w:tcW w:w="5783" w:type="dxa"/>
            <w:shd w:val="clear" w:color="auto" w:fill="auto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5342F279" w14:textId="77777777" w:rsidR="00C82FCC" w:rsidRDefault="00C82FCC">
            <w:pPr>
              <w:rPr>
                <w:color w:val="1A1A1A"/>
              </w:rPr>
            </w:pPr>
          </w:p>
        </w:tc>
        <w:tc>
          <w:tcPr>
            <w:tcW w:w="1134" w:type="dxa"/>
            <w:shd w:val="clear" w:color="auto" w:fill="auto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4A5CE665" w14:textId="77777777" w:rsidR="00C82FCC" w:rsidRDefault="00C82FCC">
            <w:pPr>
              <w:jc w:val="center"/>
              <w:rPr>
                <w:color w:val="012250"/>
                <w:sz w:val="36"/>
              </w:rPr>
            </w:pPr>
          </w:p>
        </w:tc>
        <w:tc>
          <w:tcPr>
            <w:tcW w:w="1984" w:type="dxa"/>
            <w:shd w:val="clear" w:color="auto" w:fill="auto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68FF93BF" w14:textId="77777777" w:rsidR="00C82FCC" w:rsidRDefault="00C82FCC">
            <w:pPr>
              <w:jc w:val="center"/>
              <w:rPr>
                <w:color w:val="012250"/>
                <w:sz w:val="36"/>
              </w:rPr>
            </w:pPr>
          </w:p>
        </w:tc>
        <w:tc>
          <w:tcPr>
            <w:tcW w:w="1134" w:type="dxa"/>
            <w:gridSpan w:val="2"/>
            <w:shd w:val="clear" w:color="auto" w:fill="auto"/>
            <w:tcMar>
              <w:top w:w="90" w:type="dxa"/>
              <w:left w:w="70" w:type="dxa"/>
              <w:bottom w:w="90" w:type="dxa"/>
              <w:right w:w="70" w:type="dxa"/>
            </w:tcMar>
          </w:tcPr>
          <w:p w14:paraId="2FD3E52C" w14:textId="77777777" w:rsidR="00C82FCC" w:rsidRDefault="00C82FCC">
            <w:pPr>
              <w:jc w:val="center"/>
              <w:rPr>
                <w:color w:val="012250"/>
                <w:sz w:val="36"/>
              </w:rPr>
            </w:pPr>
          </w:p>
        </w:tc>
      </w:tr>
      <w:tr w:rsidR="00A62FEC" w14:paraId="40955D96" w14:textId="77777777">
        <w:tblPrEx>
          <w:jc w:val="left"/>
        </w:tblPrEx>
        <w:trPr>
          <w:gridAfter w:val="1"/>
          <w:wAfter w:w="70" w:type="dxa"/>
          <w:cantSplit/>
        </w:trPr>
        <w:tc>
          <w:tcPr>
            <w:tcW w:w="10540" w:type="dxa"/>
            <w:gridSpan w:val="4"/>
            <w:tcBorders>
              <w:top w:val="nil"/>
              <w:left w:val="single" w:sz="16" w:space="0" w:color="840B0A"/>
              <w:bottom w:val="nil"/>
              <w:right w:val="nil"/>
            </w:tcBorders>
            <w:shd w:val="clear" w:color="auto" w:fill="F7EEEE"/>
            <w:tcMar>
              <w:top w:w="70" w:type="dxa"/>
              <w:left w:w="130" w:type="dxa"/>
              <w:bottom w:w="70" w:type="dxa"/>
              <w:right w:w="100" w:type="dxa"/>
            </w:tcMar>
          </w:tcPr>
          <w:p w14:paraId="5493AE5F" w14:textId="77777777" w:rsidR="00A62FEC" w:rsidRDefault="00E218F6">
            <w:pPr>
              <w:spacing w:after="0"/>
            </w:pPr>
            <w:r>
              <w:rPr>
                <w:b/>
                <w:color w:val="840B0A"/>
              </w:rPr>
              <w:t>HA MOST SEGÍTSÉGRE VAN SZÜKSÉGED</w:t>
            </w:r>
          </w:p>
        </w:tc>
      </w:tr>
    </w:tbl>
    <w:p w14:paraId="3D340C9F" w14:textId="77777777" w:rsidR="00A62FEC" w:rsidRDefault="00E218F6">
      <w:r>
        <w:rPr>
          <w:color w:val="1A1A1A"/>
        </w:rPr>
        <w:t>Szólj a tanítódnak vagy a foglalkozás végén megmutatott két segítő felnőtt egyikének. Ha most veszélyben vagy, szólj rögtön egy felnőttnek.</w:t>
      </w:r>
    </w:p>
    <w:sectPr w:rsidR="00E218F6" w:rsidSect="00034616">
      <w:headerReference w:type="default" r:id="rId8"/>
      <w:footerReference w:type="default" r:id="rId9"/>
      <w:pgSz w:w="12240" w:h="15840"/>
      <w:pgMar w:top="680" w:right="850" w:bottom="680" w:left="850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0B6D3" w14:textId="77777777" w:rsidR="003F3CEC" w:rsidRDefault="003F3CEC">
      <w:pPr>
        <w:spacing w:after="0" w:line="240" w:lineRule="auto"/>
      </w:pPr>
      <w:r>
        <w:separator/>
      </w:r>
    </w:p>
  </w:endnote>
  <w:endnote w:type="continuationSeparator" w:id="0">
    <w:p w14:paraId="265D6865" w14:textId="77777777" w:rsidR="003F3CEC" w:rsidRDefault="003F3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0DDB" w14:textId="77777777" w:rsidR="00A62FEC" w:rsidRDefault="00E218F6">
    <w:pPr>
      <w:pStyle w:val="llb"/>
      <w:jc w:val="right"/>
    </w:pPr>
    <w:r>
      <w:rPr>
        <w:b/>
        <w:color w:val="666666"/>
        <w:sz w:val="20"/>
      </w:rPr>
      <w:t xml:space="preserve">BIZTONSÁGBAN AZ ISKOLÁBAN  |  NYOMTATHATÓ LAPOK  |  </w:t>
    </w:r>
    <w:r>
      <w:fldChar w:fldCharType="begin"/>
    </w:r>
    <w:r>
      <w:instrText xml:space="preserve"> PAGE </w:instrText>
    </w:r>
    <w:r>
      <w:fldChar w:fldCharType="separate"/>
    </w:r>
    <w:r w:rsidR="00AD6E4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2B366" w14:textId="77777777" w:rsidR="003F3CEC" w:rsidRDefault="003F3CEC">
      <w:pPr>
        <w:spacing w:after="0" w:line="240" w:lineRule="auto"/>
      </w:pPr>
      <w:r>
        <w:separator/>
      </w:r>
    </w:p>
  </w:footnote>
  <w:footnote w:type="continuationSeparator" w:id="0">
    <w:p w14:paraId="0FE59F51" w14:textId="77777777" w:rsidR="003F3CEC" w:rsidRDefault="003F3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EAE5" w14:textId="77777777" w:rsidR="00A62FEC" w:rsidRDefault="00A62F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2004BF"/>
    <w:multiLevelType w:val="hybridMultilevel"/>
    <w:tmpl w:val="BEE860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7585E"/>
    <w:multiLevelType w:val="hybridMultilevel"/>
    <w:tmpl w:val="FDE62F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69B"/>
    <w:rsid w:val="00034616"/>
    <w:rsid w:val="00053D8E"/>
    <w:rsid w:val="0006063C"/>
    <w:rsid w:val="000B4E77"/>
    <w:rsid w:val="0015074B"/>
    <w:rsid w:val="001D7E1B"/>
    <w:rsid w:val="002837CF"/>
    <w:rsid w:val="0029639D"/>
    <w:rsid w:val="002A6FA5"/>
    <w:rsid w:val="00326F90"/>
    <w:rsid w:val="003B153B"/>
    <w:rsid w:val="003F3CEC"/>
    <w:rsid w:val="00431EF5"/>
    <w:rsid w:val="004463E1"/>
    <w:rsid w:val="00557CB2"/>
    <w:rsid w:val="00570CFA"/>
    <w:rsid w:val="00587CB2"/>
    <w:rsid w:val="005E1854"/>
    <w:rsid w:val="00607323"/>
    <w:rsid w:val="00676B5A"/>
    <w:rsid w:val="006C53B1"/>
    <w:rsid w:val="007C6861"/>
    <w:rsid w:val="007F7EF2"/>
    <w:rsid w:val="008E7C97"/>
    <w:rsid w:val="00A26A45"/>
    <w:rsid w:val="00A277BF"/>
    <w:rsid w:val="00A62FEC"/>
    <w:rsid w:val="00AA1D8D"/>
    <w:rsid w:val="00AD6E4F"/>
    <w:rsid w:val="00B47730"/>
    <w:rsid w:val="00C82FCC"/>
    <w:rsid w:val="00CB0664"/>
    <w:rsid w:val="00DA60DA"/>
    <w:rsid w:val="00E0484D"/>
    <w:rsid w:val="00E06D94"/>
    <w:rsid w:val="00E218F6"/>
    <w:rsid w:val="00EF3360"/>
    <w:rsid w:val="00FC693F"/>
    <w:rsid w:val="00F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3F5E4"/>
  <w14:defaultImageDpi w14:val="300"/>
  <w15:docId w15:val="{AA854F7F-7A78-44DB-BA69-5F271319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80" w:line="252" w:lineRule="auto"/>
    </w:pPr>
    <w:rPr>
      <w:rFonts w:ascii="Segoe UI" w:eastAsia="Segoe UI" w:hAnsi="Segoe UI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12250"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40B0A"/>
      <w:sz w:val="27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12250"/>
      <w:sz w:val="2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  <w:rPr>
      <w:rFonts w:ascii="Segoe UI" w:eastAsia="Segoe UI" w:hAnsi="Segoe UI"/>
    </w:rPr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  <w:rPr>
      <w:rFonts w:ascii="Segoe UI" w:eastAsia="Segoe UI" w:hAnsi="Segoe UI"/>
    </w:rPr>
  </w:style>
  <w:style w:type="paragraph" w:styleId="Nincstrkz">
    <w:name w:val="No Spacing"/>
    <w:uiPriority w:val="1"/>
    <w:qFormat/>
    <w:rsid w:val="00FC693F"/>
    <w:pPr>
      <w:spacing w:after="0" w:line="240" w:lineRule="auto"/>
    </w:pPr>
    <w:rPr>
      <w:rFonts w:ascii="Segoe UI" w:eastAsia="Segoe UI" w:hAnsi="Segoe UI"/>
    </w:r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12250"/>
      <w:spacing w:val="5"/>
      <w:kern w:val="28"/>
      <w:sz w:val="4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  <w:rPr>
      <w:rFonts w:ascii="Segoe UI" w:eastAsia="Segoe UI" w:hAnsi="Segoe UI"/>
    </w:rPr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  <w:rPr>
      <w:rFonts w:ascii="Segoe UI" w:eastAsia="Segoe UI" w:hAnsi="Segoe UI"/>
    </w:rPr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rFonts w:ascii="Segoe UI" w:eastAsia="Segoe UI" w:hAnsi="Segoe UI"/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Segoe UI" w:eastAsia="Segoe UI" w:hAnsi="Segoe UI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Segoe UI" w:eastAsia="Segoe UI" w:hAnsi="Segoe U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rFonts w:ascii="Segoe UI" w:eastAsia="Segoe UI" w:hAnsi="Segoe UI"/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rFonts w:ascii="Segoe UI" w:eastAsia="Segoe UI" w:hAnsi="Segoe UI"/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rFonts w:ascii="Segoe UI" w:eastAsia="Segoe UI" w:hAnsi="Segoe UI"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rFonts w:ascii="Segoe UI" w:eastAsia="Segoe UI" w:hAnsi="Segoe UI"/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rFonts w:ascii="Segoe UI" w:eastAsia="Segoe UI" w:hAnsi="Segoe UI"/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rFonts w:ascii="Segoe UI" w:eastAsia="Segoe UI" w:hAnsi="Segoe UI"/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rFonts w:ascii="Segoe UI" w:eastAsia="Segoe UI" w:hAnsi="Segoe UI"/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  <w:rPr>
      <w:rFonts w:ascii="Segoe UI" w:eastAsia="Segoe UI" w:hAnsi="Segoe UI"/>
    </w:r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rPr>
      <w:rFonts w:ascii="Segoe UI" w:eastAsia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685</Words>
  <Characters>4729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helga gyurko</cp:lastModifiedBy>
  <cp:revision>43</cp:revision>
  <dcterms:created xsi:type="dcterms:W3CDTF">2013-12-23T23:15:00Z</dcterms:created>
  <dcterms:modified xsi:type="dcterms:W3CDTF">2026-09-05T06:03:00Z</dcterms:modified>
  <cp:category/>
</cp:coreProperties>
</file>